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B3B1CB" w14:textId="6D99579B" w:rsidR="00044DED" w:rsidRDefault="00971E96">
      <w:pPr>
        <w:pStyle w:val="Title"/>
      </w:pPr>
      <w:r>
        <w:t xml:space="preserve">Negative Numbers Problem-Solving </w:t>
      </w:r>
    </w:p>
    <w:p w14:paraId="62B88984" w14:textId="77777777" w:rsidR="00044DED" w:rsidRPr="00FF63A3" w:rsidRDefault="00971E96">
      <w:pPr>
        <w:pStyle w:val="Heading2"/>
        <w:rPr>
          <w:sz w:val="32"/>
          <w:szCs w:val="32"/>
        </w:rPr>
      </w:pPr>
      <w:r w:rsidRPr="00FF63A3">
        <w:rPr>
          <w:sz w:val="32"/>
          <w:szCs w:val="32"/>
        </w:rPr>
        <w:t>1. Temperature Puzzle</w:t>
      </w:r>
    </w:p>
    <w:p w14:paraId="5C8085D0" w14:textId="61CA70FE" w:rsidR="00044DED" w:rsidRPr="00FF63A3" w:rsidRDefault="00971E96">
      <w:pPr>
        <w:rPr>
          <w:sz w:val="28"/>
          <w:szCs w:val="28"/>
        </w:rPr>
      </w:pPr>
      <w:r w:rsidRPr="00FF63A3">
        <w:rPr>
          <w:sz w:val="28"/>
          <w:szCs w:val="28"/>
        </w:rPr>
        <w:t xml:space="preserve">In Moscow the temperature at midnight is –17°C. During the day it rises by 12°C, </w:t>
      </w:r>
      <w:r w:rsidRPr="00FF63A3">
        <w:rPr>
          <w:sz w:val="28"/>
          <w:szCs w:val="28"/>
        </w:rPr>
        <w:br/>
        <w:t xml:space="preserve">     then drops by 15°C, and finally doubles (×2). </w:t>
      </w:r>
      <w:r w:rsidRPr="00FF63A3">
        <w:rPr>
          <w:sz w:val="28"/>
          <w:szCs w:val="28"/>
        </w:rPr>
        <w:br/>
        <w:t xml:space="preserve">     (a) What is the final temperature? </w:t>
      </w:r>
      <w:r w:rsidRPr="00FF63A3">
        <w:rPr>
          <w:sz w:val="28"/>
          <w:szCs w:val="28"/>
        </w:rPr>
        <w:br/>
        <w:t xml:space="preserve">     (b) By how many degrees did the temperature change in total?</w:t>
      </w:r>
    </w:p>
    <w:p w14:paraId="4D803231" w14:textId="77777777" w:rsidR="00044DED" w:rsidRPr="00FF63A3" w:rsidRDefault="00971E96">
      <w:pPr>
        <w:pStyle w:val="Heading2"/>
        <w:rPr>
          <w:sz w:val="32"/>
          <w:szCs w:val="32"/>
        </w:rPr>
      </w:pPr>
      <w:r w:rsidRPr="00FF63A3">
        <w:rPr>
          <w:sz w:val="32"/>
          <w:szCs w:val="32"/>
        </w:rPr>
        <w:t>2. Profit and Loss</w:t>
      </w:r>
    </w:p>
    <w:p w14:paraId="4A126634" w14:textId="4895838E" w:rsidR="00044DED" w:rsidRPr="00FF63A3" w:rsidRDefault="00971E96">
      <w:pPr>
        <w:rPr>
          <w:sz w:val="28"/>
          <w:szCs w:val="28"/>
        </w:rPr>
      </w:pPr>
      <w:r w:rsidRPr="00FF63A3">
        <w:rPr>
          <w:sz w:val="28"/>
          <w:szCs w:val="28"/>
        </w:rPr>
        <w:t>A shopkeeper makes a profit of £</w:t>
      </w:r>
      <w:r w:rsidR="00EC3073">
        <w:rPr>
          <w:sz w:val="28"/>
          <w:szCs w:val="28"/>
        </w:rPr>
        <w:t>30</w:t>
      </w:r>
      <w:r w:rsidRPr="00FF63A3">
        <w:rPr>
          <w:sz w:val="28"/>
          <w:szCs w:val="28"/>
        </w:rPr>
        <w:t xml:space="preserve"> on Monday, a loss of £65 on Tuesday, </w:t>
      </w:r>
      <w:r w:rsidRPr="00FF63A3">
        <w:rPr>
          <w:sz w:val="28"/>
          <w:szCs w:val="28"/>
        </w:rPr>
        <w:br/>
        <w:t xml:space="preserve">     and a profit of £30 on Wednesday. </w:t>
      </w:r>
      <w:r w:rsidRPr="00FF63A3">
        <w:rPr>
          <w:sz w:val="28"/>
          <w:szCs w:val="28"/>
        </w:rPr>
        <w:br/>
        <w:t xml:space="preserve">     (a) Represent each day’s outcome as an integer. </w:t>
      </w:r>
      <w:r w:rsidRPr="00FF63A3">
        <w:rPr>
          <w:sz w:val="28"/>
          <w:szCs w:val="28"/>
        </w:rPr>
        <w:br/>
        <w:t xml:space="preserve">     (b) What is the total over the three days? </w:t>
      </w:r>
      <w:r w:rsidRPr="00FF63A3">
        <w:rPr>
          <w:sz w:val="28"/>
          <w:szCs w:val="28"/>
        </w:rPr>
        <w:br/>
        <w:t xml:space="preserve">     (c) If the trend continues with the same sequence, what will the balance be at the end of Friday?</w:t>
      </w:r>
    </w:p>
    <w:p w14:paraId="4946BA9E" w14:textId="77777777" w:rsidR="00044DED" w:rsidRPr="00FF63A3" w:rsidRDefault="00971E96">
      <w:pPr>
        <w:pStyle w:val="Heading2"/>
        <w:rPr>
          <w:sz w:val="32"/>
          <w:szCs w:val="32"/>
        </w:rPr>
      </w:pPr>
      <w:r w:rsidRPr="00FF63A3">
        <w:rPr>
          <w:sz w:val="32"/>
          <w:szCs w:val="32"/>
        </w:rPr>
        <w:t>3. Algebra with Negatives</w:t>
      </w:r>
    </w:p>
    <w:p w14:paraId="397215A4" w14:textId="61E2F47E" w:rsidR="00044DED" w:rsidRPr="00FF63A3" w:rsidRDefault="00971E96">
      <w:pPr>
        <w:rPr>
          <w:sz w:val="28"/>
          <w:szCs w:val="28"/>
        </w:rPr>
      </w:pPr>
      <w:r w:rsidRPr="00FF63A3">
        <w:rPr>
          <w:sz w:val="28"/>
          <w:szCs w:val="28"/>
        </w:rPr>
        <w:t xml:space="preserve">Solve for x: </w:t>
      </w:r>
      <w:r w:rsidRPr="00FF63A3">
        <w:rPr>
          <w:sz w:val="28"/>
          <w:szCs w:val="28"/>
        </w:rPr>
        <w:br/>
        <w:t xml:space="preserve">  </w:t>
      </w:r>
      <w:r w:rsidR="00FF63A3" w:rsidRPr="00FF63A3">
        <w:rPr>
          <w:sz w:val="28"/>
          <w:szCs w:val="28"/>
        </w:rPr>
        <w:t>(a</w:t>
      </w:r>
      <w:r w:rsidRPr="00FF63A3">
        <w:rPr>
          <w:sz w:val="28"/>
          <w:szCs w:val="28"/>
        </w:rPr>
        <w:t>) –3x + 7 = –11</w:t>
      </w:r>
      <w:r w:rsidRPr="00FF63A3">
        <w:rPr>
          <w:sz w:val="28"/>
          <w:szCs w:val="28"/>
        </w:rPr>
        <w:br/>
        <w:t xml:space="preserve">  (b) 4x – –2 = –10</w:t>
      </w:r>
    </w:p>
    <w:p w14:paraId="2E9A12CA" w14:textId="77777777" w:rsidR="00044DED" w:rsidRPr="00FF63A3" w:rsidRDefault="00971E96">
      <w:pPr>
        <w:pStyle w:val="Heading2"/>
        <w:rPr>
          <w:sz w:val="32"/>
          <w:szCs w:val="32"/>
        </w:rPr>
      </w:pPr>
      <w:r w:rsidRPr="00FF63A3">
        <w:rPr>
          <w:sz w:val="32"/>
          <w:szCs w:val="32"/>
        </w:rPr>
        <w:t>4. Lift with Algebra</w:t>
      </w:r>
    </w:p>
    <w:p w14:paraId="67CF92F7" w14:textId="7B9A963D" w:rsidR="00044DED" w:rsidRPr="00FF63A3" w:rsidRDefault="00971E96">
      <w:pPr>
        <w:rPr>
          <w:sz w:val="28"/>
          <w:szCs w:val="28"/>
        </w:rPr>
      </w:pPr>
      <w:r w:rsidRPr="00FF63A3">
        <w:rPr>
          <w:sz w:val="28"/>
          <w:szCs w:val="28"/>
        </w:rPr>
        <w:t>A lift starts at floor 0. It goes down 2n floors, then up 7 floors, then down 3 more floors.</w:t>
      </w:r>
      <w:r w:rsidRPr="00FF63A3">
        <w:rPr>
          <w:sz w:val="28"/>
          <w:szCs w:val="28"/>
        </w:rPr>
        <w:br/>
        <w:t xml:space="preserve"> If the final position is floor –4, what is the value of n?</w:t>
      </w:r>
    </w:p>
    <w:p w14:paraId="58F988A4" w14:textId="77777777" w:rsidR="00044DED" w:rsidRPr="00FF63A3" w:rsidRDefault="00971E96">
      <w:pPr>
        <w:pStyle w:val="Heading2"/>
        <w:rPr>
          <w:sz w:val="32"/>
          <w:szCs w:val="32"/>
        </w:rPr>
      </w:pPr>
      <w:r w:rsidRPr="00FF63A3">
        <w:rPr>
          <w:sz w:val="32"/>
          <w:szCs w:val="32"/>
        </w:rPr>
        <w:t>5. Coordinates Problem</w:t>
      </w:r>
    </w:p>
    <w:p w14:paraId="77FBDBB5" w14:textId="326B8EE8" w:rsidR="00044DED" w:rsidRPr="00FF63A3" w:rsidRDefault="00971E96">
      <w:pPr>
        <w:rPr>
          <w:sz w:val="28"/>
          <w:szCs w:val="28"/>
        </w:rPr>
      </w:pPr>
      <w:r w:rsidRPr="00FF63A3">
        <w:rPr>
          <w:sz w:val="28"/>
          <w:szCs w:val="28"/>
        </w:rPr>
        <w:t xml:space="preserve">A point P is at (–6, –4). It is reflected in the x-axis, then translated by (+3, –5). </w:t>
      </w:r>
      <w:r w:rsidRPr="00FF63A3">
        <w:rPr>
          <w:sz w:val="28"/>
          <w:szCs w:val="28"/>
        </w:rPr>
        <w:br/>
        <w:t xml:space="preserve"> What are its new coordinates?</w:t>
      </w:r>
    </w:p>
    <w:p w14:paraId="5BFF16FB" w14:textId="77777777" w:rsidR="00044DED" w:rsidRPr="00FF63A3" w:rsidRDefault="00971E96">
      <w:pPr>
        <w:pStyle w:val="Heading2"/>
        <w:rPr>
          <w:sz w:val="32"/>
          <w:szCs w:val="32"/>
        </w:rPr>
      </w:pPr>
      <w:r w:rsidRPr="00FF63A3">
        <w:rPr>
          <w:sz w:val="32"/>
          <w:szCs w:val="32"/>
        </w:rPr>
        <w:t>6. Negative Powers &amp; Roots</w:t>
      </w:r>
    </w:p>
    <w:p w14:paraId="6421716D" w14:textId="61FD8878" w:rsidR="00044DED" w:rsidRPr="00FF63A3" w:rsidRDefault="00971E96">
      <w:pPr>
        <w:rPr>
          <w:sz w:val="28"/>
          <w:szCs w:val="28"/>
        </w:rPr>
      </w:pPr>
      <w:r w:rsidRPr="00FF63A3">
        <w:rPr>
          <w:sz w:val="28"/>
          <w:szCs w:val="28"/>
        </w:rPr>
        <w:t xml:space="preserve">Work out: </w:t>
      </w:r>
      <w:r w:rsidRPr="00FF63A3">
        <w:rPr>
          <w:sz w:val="28"/>
          <w:szCs w:val="28"/>
        </w:rPr>
        <w:br/>
        <w:t xml:space="preserve"> (a) (–2)</w:t>
      </w:r>
      <w:r w:rsidRPr="00FF63A3">
        <w:rPr>
          <w:sz w:val="28"/>
          <w:szCs w:val="28"/>
          <w:vertAlign w:val="superscript"/>
        </w:rPr>
        <w:t>4</w:t>
      </w:r>
      <w:r w:rsidRPr="00FF63A3">
        <w:rPr>
          <w:sz w:val="28"/>
          <w:szCs w:val="28"/>
        </w:rPr>
        <w:t xml:space="preserve"> – (–3)</w:t>
      </w:r>
      <w:r w:rsidRPr="00FF63A3">
        <w:rPr>
          <w:sz w:val="28"/>
          <w:szCs w:val="28"/>
          <w:vertAlign w:val="superscript"/>
        </w:rPr>
        <w:t>2</w:t>
      </w:r>
      <w:r w:rsidRPr="00FF63A3">
        <w:rPr>
          <w:sz w:val="28"/>
          <w:szCs w:val="28"/>
        </w:rPr>
        <w:br/>
        <w:t xml:space="preserve"> (b) (–2)</w:t>
      </w:r>
      <w:r w:rsidRPr="00FF63A3">
        <w:rPr>
          <w:sz w:val="28"/>
          <w:szCs w:val="28"/>
          <w:vertAlign w:val="superscript"/>
        </w:rPr>
        <w:t>3</w:t>
      </w:r>
    </w:p>
    <w:p w14:paraId="4B54C0C1" w14:textId="77777777" w:rsidR="00044DED" w:rsidRPr="00FF63A3" w:rsidRDefault="00971E96">
      <w:pPr>
        <w:pStyle w:val="Heading2"/>
        <w:rPr>
          <w:sz w:val="32"/>
          <w:szCs w:val="32"/>
        </w:rPr>
      </w:pPr>
      <w:r w:rsidRPr="00FF63A3">
        <w:rPr>
          <w:sz w:val="32"/>
          <w:szCs w:val="32"/>
        </w:rPr>
        <w:t>7. Challenge Puzzle</w:t>
      </w:r>
    </w:p>
    <w:p w14:paraId="2B8476A9" w14:textId="57A74CA4" w:rsidR="00FF63A3" w:rsidRDefault="00EC3073">
      <w:pPr>
        <w:rPr>
          <w:sz w:val="28"/>
          <w:szCs w:val="28"/>
        </w:rPr>
      </w:pPr>
      <w:r w:rsidRPr="00EC3073">
        <w:rPr>
          <w:sz w:val="28"/>
          <w:szCs w:val="28"/>
        </w:rPr>
        <w:t>The product of two consecutive negative integers is</w:t>
      </w:r>
      <w:r>
        <w:rPr>
          <w:sz w:val="28"/>
          <w:szCs w:val="28"/>
        </w:rPr>
        <w:t xml:space="preserve"> </w:t>
      </w:r>
      <w:r w:rsidRPr="00EC3073">
        <w:rPr>
          <w:sz w:val="28"/>
          <w:szCs w:val="28"/>
        </w:rPr>
        <w:t>29 greater than their sum.                                                         Find the integers.</w:t>
      </w:r>
    </w:p>
    <w:p w14:paraId="35EDB6F9" w14:textId="77777777" w:rsidR="00EC3073" w:rsidRDefault="00EC3073" w:rsidP="00EC3073">
      <w:pPr>
        <w:pStyle w:val="Title"/>
      </w:pPr>
      <w:r>
        <w:lastRenderedPageBreak/>
        <w:t>Negative Numbers Problem-Solving Worksheet</w:t>
      </w:r>
    </w:p>
    <w:p w14:paraId="7B91515C" w14:textId="77777777" w:rsidR="00EC3073" w:rsidRPr="00FF63A3" w:rsidRDefault="00EC3073" w:rsidP="00EC3073">
      <w:pPr>
        <w:pStyle w:val="Heading2"/>
        <w:rPr>
          <w:sz w:val="32"/>
          <w:szCs w:val="32"/>
        </w:rPr>
      </w:pPr>
      <w:r w:rsidRPr="00FF63A3">
        <w:rPr>
          <w:sz w:val="32"/>
          <w:szCs w:val="32"/>
        </w:rPr>
        <w:t>1. Temperature Puzzle</w:t>
      </w:r>
    </w:p>
    <w:p w14:paraId="10EB2DA3" w14:textId="77777777" w:rsidR="00EC3073" w:rsidRPr="00FF63A3" w:rsidRDefault="00EC3073" w:rsidP="00EC3073">
      <w:pPr>
        <w:rPr>
          <w:sz w:val="28"/>
          <w:szCs w:val="28"/>
        </w:rPr>
      </w:pPr>
      <w:r w:rsidRPr="00FF63A3">
        <w:rPr>
          <w:sz w:val="28"/>
          <w:szCs w:val="28"/>
        </w:rPr>
        <w:t xml:space="preserve">In Moscow the temperature at midnight is –17°C. During the day it rises by 12°C, </w:t>
      </w:r>
      <w:r w:rsidRPr="00FF63A3">
        <w:rPr>
          <w:sz w:val="28"/>
          <w:szCs w:val="28"/>
        </w:rPr>
        <w:br/>
        <w:t xml:space="preserve">     then drops by 15°C, and finally doubles (×2). </w:t>
      </w:r>
      <w:r w:rsidRPr="00FF63A3">
        <w:rPr>
          <w:sz w:val="28"/>
          <w:szCs w:val="28"/>
        </w:rPr>
        <w:br/>
        <w:t xml:space="preserve">     (a) What is the final temperature? </w:t>
      </w:r>
      <w:r w:rsidRPr="00FF63A3">
        <w:rPr>
          <w:sz w:val="28"/>
          <w:szCs w:val="28"/>
        </w:rPr>
        <w:br/>
        <w:t xml:space="preserve">     (b) By how many degrees did the temperature change in total?</w:t>
      </w:r>
    </w:p>
    <w:p w14:paraId="29427965" w14:textId="77777777" w:rsidR="00EC3073" w:rsidRPr="00FF63A3" w:rsidRDefault="00EC3073" w:rsidP="00EC3073">
      <w:pPr>
        <w:pStyle w:val="Heading2"/>
        <w:rPr>
          <w:sz w:val="32"/>
          <w:szCs w:val="32"/>
        </w:rPr>
      </w:pPr>
      <w:r w:rsidRPr="00FF63A3">
        <w:rPr>
          <w:sz w:val="32"/>
          <w:szCs w:val="32"/>
        </w:rPr>
        <w:t>2. Profit and Loss</w:t>
      </w:r>
    </w:p>
    <w:p w14:paraId="7637CD7D" w14:textId="77777777" w:rsidR="00EC3073" w:rsidRPr="00FF63A3" w:rsidRDefault="00EC3073" w:rsidP="00EC3073">
      <w:pPr>
        <w:rPr>
          <w:sz w:val="28"/>
          <w:szCs w:val="28"/>
        </w:rPr>
      </w:pPr>
      <w:r w:rsidRPr="00FF63A3">
        <w:rPr>
          <w:sz w:val="28"/>
          <w:szCs w:val="28"/>
        </w:rPr>
        <w:t>A shopkeeper makes a profit of £</w:t>
      </w:r>
      <w:r>
        <w:rPr>
          <w:sz w:val="28"/>
          <w:szCs w:val="28"/>
        </w:rPr>
        <w:t>30</w:t>
      </w:r>
      <w:r w:rsidRPr="00FF63A3">
        <w:rPr>
          <w:sz w:val="28"/>
          <w:szCs w:val="28"/>
        </w:rPr>
        <w:t xml:space="preserve"> on Monday, a loss of £65 on Tuesday, </w:t>
      </w:r>
      <w:r w:rsidRPr="00FF63A3">
        <w:rPr>
          <w:sz w:val="28"/>
          <w:szCs w:val="28"/>
        </w:rPr>
        <w:br/>
        <w:t xml:space="preserve">     and a profit of £30 on Wednesday. </w:t>
      </w:r>
      <w:r w:rsidRPr="00FF63A3">
        <w:rPr>
          <w:sz w:val="28"/>
          <w:szCs w:val="28"/>
        </w:rPr>
        <w:br/>
        <w:t xml:space="preserve">     (a) Represent each day’s outcome as an integer. </w:t>
      </w:r>
      <w:r w:rsidRPr="00FF63A3">
        <w:rPr>
          <w:sz w:val="28"/>
          <w:szCs w:val="28"/>
        </w:rPr>
        <w:br/>
        <w:t xml:space="preserve">     (b) What is the total over the three days? </w:t>
      </w:r>
      <w:r w:rsidRPr="00FF63A3">
        <w:rPr>
          <w:sz w:val="28"/>
          <w:szCs w:val="28"/>
        </w:rPr>
        <w:br/>
        <w:t xml:space="preserve">     (c) If the trend continues with the same sequence, what will the balance be at the end of Friday?</w:t>
      </w:r>
    </w:p>
    <w:p w14:paraId="55D31E48" w14:textId="77777777" w:rsidR="00EC3073" w:rsidRPr="00FF63A3" w:rsidRDefault="00EC3073" w:rsidP="00EC3073">
      <w:pPr>
        <w:pStyle w:val="Heading2"/>
        <w:rPr>
          <w:sz w:val="32"/>
          <w:szCs w:val="32"/>
        </w:rPr>
      </w:pPr>
      <w:r w:rsidRPr="00FF63A3">
        <w:rPr>
          <w:sz w:val="32"/>
          <w:szCs w:val="32"/>
        </w:rPr>
        <w:t>3. Algebra with Negatives</w:t>
      </w:r>
    </w:p>
    <w:p w14:paraId="1F3DA353" w14:textId="77777777" w:rsidR="00EC3073" w:rsidRPr="00FF63A3" w:rsidRDefault="00EC3073" w:rsidP="00EC3073">
      <w:pPr>
        <w:rPr>
          <w:sz w:val="28"/>
          <w:szCs w:val="28"/>
        </w:rPr>
      </w:pPr>
      <w:r w:rsidRPr="00FF63A3">
        <w:rPr>
          <w:sz w:val="28"/>
          <w:szCs w:val="28"/>
        </w:rPr>
        <w:t xml:space="preserve">Solve for x: </w:t>
      </w:r>
      <w:r w:rsidRPr="00FF63A3">
        <w:rPr>
          <w:sz w:val="28"/>
          <w:szCs w:val="28"/>
        </w:rPr>
        <w:br/>
        <w:t xml:space="preserve">  (a) –3x + 7 = –11</w:t>
      </w:r>
      <w:r w:rsidRPr="00FF63A3">
        <w:rPr>
          <w:sz w:val="28"/>
          <w:szCs w:val="28"/>
        </w:rPr>
        <w:br/>
        <w:t xml:space="preserve">  (b) 4x – –2 = –10</w:t>
      </w:r>
    </w:p>
    <w:p w14:paraId="1AAF6199" w14:textId="77777777" w:rsidR="00EC3073" w:rsidRPr="00FF63A3" w:rsidRDefault="00EC3073" w:rsidP="00EC3073">
      <w:pPr>
        <w:pStyle w:val="Heading2"/>
        <w:rPr>
          <w:sz w:val="32"/>
          <w:szCs w:val="32"/>
        </w:rPr>
      </w:pPr>
      <w:r w:rsidRPr="00FF63A3">
        <w:rPr>
          <w:sz w:val="32"/>
          <w:szCs w:val="32"/>
        </w:rPr>
        <w:t>4. Lift with Algebra</w:t>
      </w:r>
    </w:p>
    <w:p w14:paraId="553FF822" w14:textId="77777777" w:rsidR="00EC3073" w:rsidRPr="00FF63A3" w:rsidRDefault="00EC3073" w:rsidP="00EC3073">
      <w:pPr>
        <w:rPr>
          <w:sz w:val="28"/>
          <w:szCs w:val="28"/>
        </w:rPr>
      </w:pPr>
      <w:proofErr w:type="gramStart"/>
      <w:r w:rsidRPr="00FF63A3">
        <w:rPr>
          <w:sz w:val="28"/>
          <w:szCs w:val="28"/>
        </w:rPr>
        <w:t>A lift</w:t>
      </w:r>
      <w:proofErr w:type="gramEnd"/>
      <w:r w:rsidRPr="00FF63A3">
        <w:rPr>
          <w:sz w:val="28"/>
          <w:szCs w:val="28"/>
        </w:rPr>
        <w:t xml:space="preserve"> starts at floor 0. It goes down 2n floors, then up 7 floors, then down 3 more floors.</w:t>
      </w:r>
      <w:r w:rsidRPr="00FF63A3">
        <w:rPr>
          <w:sz w:val="28"/>
          <w:szCs w:val="28"/>
        </w:rPr>
        <w:br/>
        <w:t xml:space="preserve"> If the final position is floor –4, what is the value of n?</w:t>
      </w:r>
    </w:p>
    <w:p w14:paraId="121F0A1E" w14:textId="77777777" w:rsidR="00EC3073" w:rsidRPr="00FF63A3" w:rsidRDefault="00EC3073" w:rsidP="00EC3073">
      <w:pPr>
        <w:pStyle w:val="Heading2"/>
        <w:rPr>
          <w:sz w:val="32"/>
          <w:szCs w:val="32"/>
        </w:rPr>
      </w:pPr>
      <w:r w:rsidRPr="00FF63A3">
        <w:rPr>
          <w:sz w:val="32"/>
          <w:szCs w:val="32"/>
        </w:rPr>
        <w:t>5. Coordinates Problem</w:t>
      </w:r>
    </w:p>
    <w:p w14:paraId="4BD3EB9A" w14:textId="77777777" w:rsidR="00EC3073" w:rsidRPr="00FF63A3" w:rsidRDefault="00EC3073" w:rsidP="00EC3073">
      <w:pPr>
        <w:rPr>
          <w:sz w:val="28"/>
          <w:szCs w:val="28"/>
        </w:rPr>
      </w:pPr>
      <w:r w:rsidRPr="00FF63A3">
        <w:rPr>
          <w:sz w:val="28"/>
          <w:szCs w:val="28"/>
        </w:rPr>
        <w:t xml:space="preserve">A point P is at (–6, –4). It is reflected in the x-axis, then translated by (+3, –5). </w:t>
      </w:r>
      <w:r w:rsidRPr="00FF63A3">
        <w:rPr>
          <w:sz w:val="28"/>
          <w:szCs w:val="28"/>
        </w:rPr>
        <w:br/>
        <w:t xml:space="preserve"> What are its new coordinates?</w:t>
      </w:r>
    </w:p>
    <w:p w14:paraId="1C025075" w14:textId="77777777" w:rsidR="00EC3073" w:rsidRPr="00FF63A3" w:rsidRDefault="00EC3073" w:rsidP="00EC3073">
      <w:pPr>
        <w:pStyle w:val="Heading2"/>
        <w:rPr>
          <w:sz w:val="32"/>
          <w:szCs w:val="32"/>
        </w:rPr>
      </w:pPr>
      <w:r w:rsidRPr="00FF63A3">
        <w:rPr>
          <w:sz w:val="32"/>
          <w:szCs w:val="32"/>
        </w:rPr>
        <w:t>6. Negative Powers &amp; Roots</w:t>
      </w:r>
    </w:p>
    <w:p w14:paraId="1FD5665B" w14:textId="77777777" w:rsidR="00EC3073" w:rsidRPr="00FF63A3" w:rsidRDefault="00EC3073" w:rsidP="00EC3073">
      <w:pPr>
        <w:rPr>
          <w:sz w:val="28"/>
          <w:szCs w:val="28"/>
        </w:rPr>
      </w:pPr>
      <w:r w:rsidRPr="00FF63A3">
        <w:rPr>
          <w:sz w:val="28"/>
          <w:szCs w:val="28"/>
        </w:rPr>
        <w:t xml:space="preserve">Work out: </w:t>
      </w:r>
      <w:r w:rsidRPr="00FF63A3">
        <w:rPr>
          <w:sz w:val="28"/>
          <w:szCs w:val="28"/>
        </w:rPr>
        <w:br/>
        <w:t xml:space="preserve"> (a) (–2)</w:t>
      </w:r>
      <w:r w:rsidRPr="00FF63A3">
        <w:rPr>
          <w:sz w:val="28"/>
          <w:szCs w:val="28"/>
          <w:vertAlign w:val="superscript"/>
        </w:rPr>
        <w:t>4</w:t>
      </w:r>
      <w:r w:rsidRPr="00FF63A3">
        <w:rPr>
          <w:sz w:val="28"/>
          <w:szCs w:val="28"/>
        </w:rPr>
        <w:t xml:space="preserve"> – (–3)</w:t>
      </w:r>
      <w:r w:rsidRPr="00FF63A3">
        <w:rPr>
          <w:sz w:val="28"/>
          <w:szCs w:val="28"/>
          <w:vertAlign w:val="superscript"/>
        </w:rPr>
        <w:t>2</w:t>
      </w:r>
      <w:r w:rsidRPr="00FF63A3">
        <w:rPr>
          <w:sz w:val="28"/>
          <w:szCs w:val="28"/>
        </w:rPr>
        <w:br/>
        <w:t xml:space="preserve"> (b) (–2)</w:t>
      </w:r>
      <w:r w:rsidRPr="00FF63A3">
        <w:rPr>
          <w:sz w:val="28"/>
          <w:szCs w:val="28"/>
          <w:vertAlign w:val="superscript"/>
        </w:rPr>
        <w:t>3</w:t>
      </w:r>
    </w:p>
    <w:p w14:paraId="58C48055" w14:textId="77777777" w:rsidR="00EC3073" w:rsidRPr="00FF63A3" w:rsidRDefault="00EC3073" w:rsidP="00EC3073">
      <w:pPr>
        <w:pStyle w:val="Heading2"/>
        <w:rPr>
          <w:sz w:val="32"/>
          <w:szCs w:val="32"/>
        </w:rPr>
      </w:pPr>
      <w:r w:rsidRPr="00FF63A3">
        <w:rPr>
          <w:sz w:val="32"/>
          <w:szCs w:val="32"/>
        </w:rPr>
        <w:t>7. Challenge Puzzle</w:t>
      </w:r>
    </w:p>
    <w:p w14:paraId="057C1D77" w14:textId="77777777" w:rsidR="00EC3073" w:rsidRDefault="00EC3073" w:rsidP="00EC3073">
      <w:pPr>
        <w:rPr>
          <w:sz w:val="28"/>
          <w:szCs w:val="28"/>
        </w:rPr>
      </w:pPr>
      <w:r w:rsidRPr="00EC3073">
        <w:rPr>
          <w:sz w:val="28"/>
          <w:szCs w:val="28"/>
        </w:rPr>
        <w:t>The product of two consecutive negative integers is</w:t>
      </w:r>
      <w:r>
        <w:rPr>
          <w:sz w:val="28"/>
          <w:szCs w:val="28"/>
        </w:rPr>
        <w:t xml:space="preserve"> </w:t>
      </w:r>
      <w:r w:rsidRPr="00EC3073">
        <w:rPr>
          <w:sz w:val="28"/>
          <w:szCs w:val="28"/>
        </w:rPr>
        <w:t>29 greater than their sum.                                                         Find the integers.</w:t>
      </w:r>
    </w:p>
    <w:p w14:paraId="208A87F3" w14:textId="77777777" w:rsidR="00FF63A3" w:rsidRPr="00FF63A3" w:rsidRDefault="00FF63A3">
      <w:pPr>
        <w:rPr>
          <w:sz w:val="28"/>
          <w:szCs w:val="28"/>
        </w:rPr>
      </w:pPr>
    </w:p>
    <w:sectPr w:rsidR="00FF63A3" w:rsidRPr="00FF63A3" w:rsidSect="00971E9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21547370">
    <w:abstractNumId w:val="8"/>
  </w:num>
  <w:num w:numId="2" w16cid:durableId="1149126641">
    <w:abstractNumId w:val="6"/>
  </w:num>
  <w:num w:numId="3" w16cid:durableId="808983780">
    <w:abstractNumId w:val="5"/>
  </w:num>
  <w:num w:numId="4" w16cid:durableId="1584219189">
    <w:abstractNumId w:val="4"/>
  </w:num>
  <w:num w:numId="5" w16cid:durableId="2139882020">
    <w:abstractNumId w:val="7"/>
  </w:num>
  <w:num w:numId="6" w16cid:durableId="567688485">
    <w:abstractNumId w:val="3"/>
  </w:num>
  <w:num w:numId="7" w16cid:durableId="250744650">
    <w:abstractNumId w:val="2"/>
  </w:num>
  <w:num w:numId="8" w16cid:durableId="760292847">
    <w:abstractNumId w:val="1"/>
  </w:num>
  <w:num w:numId="9" w16cid:durableId="1352247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4DED"/>
    <w:rsid w:val="0006063C"/>
    <w:rsid w:val="0015074B"/>
    <w:rsid w:val="001B656F"/>
    <w:rsid w:val="0029639D"/>
    <w:rsid w:val="00313752"/>
    <w:rsid w:val="00326F90"/>
    <w:rsid w:val="003629D0"/>
    <w:rsid w:val="00514225"/>
    <w:rsid w:val="007A47DD"/>
    <w:rsid w:val="008305A1"/>
    <w:rsid w:val="00971E96"/>
    <w:rsid w:val="00AA1D8D"/>
    <w:rsid w:val="00B47730"/>
    <w:rsid w:val="00CB0664"/>
    <w:rsid w:val="00EC3073"/>
    <w:rsid w:val="00FC693F"/>
    <w:rsid w:val="00FF6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28C8A1F"/>
  <w14:defaultImageDpi w14:val="300"/>
  <w15:docId w15:val="{FB2070A5-30DE-4793-A703-0FA783786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381</Words>
  <Characters>2173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2549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Stewart Gale</cp:lastModifiedBy>
  <cp:revision>6</cp:revision>
  <dcterms:created xsi:type="dcterms:W3CDTF">2025-08-28T05:02:00Z</dcterms:created>
  <dcterms:modified xsi:type="dcterms:W3CDTF">2025-08-29T13:12:00Z</dcterms:modified>
  <cp:category/>
</cp:coreProperties>
</file>