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EE09" w14:textId="00196C5F" w:rsidR="00B4272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Which of the following is the smallest?</w:t>
      </w:r>
      <w:r w:rsidR="00D84608" w:rsidRPr="00B42721">
        <w:rPr>
          <w:sz w:val="24"/>
          <w:szCs w:val="24"/>
        </w:rPr>
        <w:br/>
        <w:t>A) –3   B) –12   C) –7   D) –5   E) –1</w:t>
      </w:r>
    </w:p>
    <w:p w14:paraId="5CBAE240" w14:textId="5E5339EB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2.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What is the value of (-4) × (-3) - 5?</w:t>
      </w:r>
      <w:r w:rsidR="00D84608" w:rsidRPr="00B42721">
        <w:rPr>
          <w:sz w:val="24"/>
          <w:szCs w:val="24"/>
        </w:rPr>
        <w:br/>
        <w:t>A) –17   B) –7   C) 7   D) 12   E) 17</w:t>
      </w:r>
    </w:p>
    <w:p w14:paraId="088698F4" w14:textId="39E1E3CF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3.</w:t>
      </w:r>
      <w:r w:rsidR="00D84608" w:rsidRPr="00B42721">
        <w:rPr>
          <w:sz w:val="24"/>
          <w:szCs w:val="24"/>
        </w:rPr>
        <w:t xml:space="preserve"> A lift goes down 5 floors, then up 3, then down 4. If it started on floor 0, which floor is it on now?</w:t>
      </w:r>
      <w:r w:rsidR="00D84608" w:rsidRPr="00B42721">
        <w:rPr>
          <w:sz w:val="24"/>
          <w:szCs w:val="24"/>
        </w:rPr>
        <w:br/>
        <w:t>A) –6   B) –5   C) –4   D) –2   E) –1</w:t>
      </w:r>
    </w:p>
    <w:p w14:paraId="2EA68B1A" w14:textId="57B20ABF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4.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 xml:space="preserve">The average of the </w:t>
      </w:r>
      <w:proofErr w:type="gramStart"/>
      <w:r w:rsidR="00D84608" w:rsidRPr="00B42721">
        <w:rPr>
          <w:sz w:val="24"/>
          <w:szCs w:val="24"/>
        </w:rPr>
        <w:t>numbers –2</w:t>
      </w:r>
      <w:proofErr w:type="gramEnd"/>
      <w:r w:rsidR="00D84608" w:rsidRPr="00B42721">
        <w:rPr>
          <w:sz w:val="24"/>
          <w:szCs w:val="24"/>
        </w:rPr>
        <w:t>, –4, –6 and 8 is:</w:t>
      </w:r>
      <w:r>
        <w:rPr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A) –6   B) –1   C) 0   D) 1   E) 2</w:t>
      </w:r>
    </w:p>
    <w:p w14:paraId="463342B4" w14:textId="64532989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5.</w:t>
      </w:r>
      <w:r w:rsidR="00D84608" w:rsidRPr="00B62D59">
        <w:rPr>
          <w:color w:val="0070C0"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If x = -3, what is the value of x² - 2x?</w:t>
      </w:r>
      <w:r w:rsidR="00D84608" w:rsidRPr="00B42721">
        <w:rPr>
          <w:sz w:val="24"/>
          <w:szCs w:val="24"/>
        </w:rPr>
        <w:br/>
        <w:t>A) –3   B) 3   C) 9   D) 15   E) 21</w:t>
      </w:r>
    </w:p>
    <w:p w14:paraId="3792E090" w14:textId="656D590A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6</w:t>
      </w:r>
      <w:r w:rsidR="00D84608" w:rsidRPr="00B42721">
        <w:rPr>
          <w:b/>
          <w:bCs/>
          <w:sz w:val="24"/>
          <w:szCs w:val="24"/>
        </w:rPr>
        <w:t>.</w:t>
      </w:r>
      <w:r w:rsidR="00D84608" w:rsidRPr="00B42721">
        <w:rPr>
          <w:sz w:val="24"/>
          <w:szCs w:val="24"/>
        </w:rPr>
        <w:t xml:space="preserve"> The temperature at midnight was –5°C. </w:t>
      </w:r>
      <w:r w:rsidR="00B42721">
        <w:rPr>
          <w:sz w:val="24"/>
          <w:szCs w:val="24"/>
        </w:rPr>
        <w:t xml:space="preserve">               </w:t>
      </w:r>
      <w:r w:rsidR="00D84608" w:rsidRPr="00B42721">
        <w:rPr>
          <w:sz w:val="24"/>
          <w:szCs w:val="24"/>
        </w:rPr>
        <w:t xml:space="preserve">By 6 a.m. it had risen by 7°C. </w:t>
      </w:r>
      <w:r w:rsidR="00B42721">
        <w:rPr>
          <w:sz w:val="24"/>
          <w:szCs w:val="24"/>
        </w:rPr>
        <w:t xml:space="preserve">                                  </w:t>
      </w:r>
      <w:r w:rsidR="00D84608" w:rsidRPr="00B42721">
        <w:rPr>
          <w:sz w:val="24"/>
          <w:szCs w:val="24"/>
        </w:rPr>
        <w:t>What was the temperature at 6 a.m.?</w:t>
      </w:r>
      <w:r w:rsidR="00D84608" w:rsidRPr="00B42721">
        <w:rPr>
          <w:sz w:val="24"/>
          <w:szCs w:val="24"/>
        </w:rPr>
        <w:br/>
        <w:t>A) –12°C   B) –2°C   C) 0°C   D) 2°C   E) 7°C</w:t>
      </w:r>
    </w:p>
    <w:p w14:paraId="18BDC0BE" w14:textId="2EFDC088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 xml:space="preserve">7. </w:t>
      </w:r>
      <w:r w:rsidR="00D84608" w:rsidRPr="00B42721">
        <w:rPr>
          <w:sz w:val="24"/>
          <w:szCs w:val="24"/>
        </w:rPr>
        <w:t xml:space="preserve">A submarine </w:t>
      </w:r>
      <w:proofErr w:type="gramStart"/>
      <w:r w:rsidR="00D84608" w:rsidRPr="00B42721">
        <w:rPr>
          <w:sz w:val="24"/>
          <w:szCs w:val="24"/>
        </w:rPr>
        <w:t>is at</w:t>
      </w:r>
      <w:proofErr w:type="gramEnd"/>
      <w:r w:rsidR="00D84608" w:rsidRPr="00B42721">
        <w:rPr>
          <w:sz w:val="24"/>
          <w:szCs w:val="24"/>
        </w:rPr>
        <w:t xml:space="preserve"> 150 metres below sea level. It rises 80 metres, then descends 50 metres. What is its final depth?</w:t>
      </w:r>
      <w:r w:rsidR="00D84608" w:rsidRPr="00B42721">
        <w:rPr>
          <w:sz w:val="24"/>
          <w:szCs w:val="24"/>
        </w:rPr>
        <w:br/>
      </w:r>
      <w:r w:rsidR="00D84608" w:rsidRPr="00B42721">
        <w:rPr>
          <w:sz w:val="20"/>
          <w:szCs w:val="20"/>
        </w:rPr>
        <w:t>A) –220 m   B) –170 m   C) –120 m   D) –100 m   E) –20 m</w:t>
      </w:r>
    </w:p>
    <w:p w14:paraId="4297F6FD" w14:textId="57CFEA76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8.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What is the result of –2 × (–5) + (–3)?</w:t>
      </w:r>
      <w:r w:rsidR="00D84608" w:rsidRPr="00B42721">
        <w:rPr>
          <w:sz w:val="24"/>
          <w:szCs w:val="24"/>
        </w:rPr>
        <w:br/>
        <w:t>A) –13   B) –7   C) 3   D) 7   E) 13</w:t>
      </w:r>
    </w:p>
    <w:p w14:paraId="5AEB2A11" w14:textId="5E628E87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 xml:space="preserve">9. </w:t>
      </w:r>
      <w:r w:rsidR="00D84608" w:rsidRPr="00B42721">
        <w:rPr>
          <w:sz w:val="24"/>
          <w:szCs w:val="24"/>
        </w:rPr>
        <w:t>The sum of three consecutive integers is –6. What is the largest of the three?</w:t>
      </w:r>
      <w:r w:rsidR="00D84608" w:rsidRPr="00B42721">
        <w:rPr>
          <w:sz w:val="24"/>
          <w:szCs w:val="24"/>
        </w:rPr>
        <w:br/>
        <w:t>A) –3   B) –2   C) –1   D) 0   E) 1</w:t>
      </w:r>
    </w:p>
    <w:p w14:paraId="0AB9A612" w14:textId="0602ACD6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10.</w:t>
      </w:r>
      <w:r w:rsidR="00D84608" w:rsidRPr="00B42721">
        <w:rPr>
          <w:sz w:val="24"/>
          <w:szCs w:val="24"/>
        </w:rPr>
        <w:t xml:space="preserve"> A bank account is £20 overdrawn. After depositing £35, what is the balance?</w:t>
      </w:r>
      <w:r w:rsidR="00D84608" w:rsidRPr="00B42721">
        <w:rPr>
          <w:sz w:val="24"/>
          <w:szCs w:val="24"/>
        </w:rPr>
        <w:br/>
        <w:t>A) –55   B) –15   C) 0   D) 15   E) 55</w:t>
      </w:r>
    </w:p>
    <w:p w14:paraId="0F24B67E" w14:textId="531DFE05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11.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What is the value of (–</w:t>
      </w:r>
      <w:proofErr w:type="gramStart"/>
      <w:r w:rsidR="00D84608" w:rsidRPr="00B42721">
        <w:rPr>
          <w:sz w:val="24"/>
          <w:szCs w:val="24"/>
        </w:rPr>
        <w:t>2)³</w:t>
      </w:r>
      <w:proofErr w:type="gramEnd"/>
      <w:r w:rsidR="00D84608" w:rsidRPr="00B42721">
        <w:rPr>
          <w:sz w:val="24"/>
          <w:szCs w:val="24"/>
        </w:rPr>
        <w:t>?</w:t>
      </w:r>
      <w:r w:rsidR="00D84608" w:rsidRPr="00B42721">
        <w:rPr>
          <w:sz w:val="24"/>
          <w:szCs w:val="24"/>
        </w:rPr>
        <w:br/>
        <w:t>A) –8   B) –6   C) –2   D) 2   E) 8</w:t>
      </w:r>
    </w:p>
    <w:p w14:paraId="0E79AADC" w14:textId="40A6DF5B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12.</w:t>
      </w:r>
      <w:r w:rsidR="00D84608" w:rsidRPr="00B62D59">
        <w:rPr>
          <w:color w:val="0070C0"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A number is multiplied by –4 to give –28. What is the number?</w:t>
      </w:r>
      <w:r w:rsidR="00D84608" w:rsidRPr="00B42721">
        <w:rPr>
          <w:sz w:val="24"/>
          <w:szCs w:val="24"/>
        </w:rPr>
        <w:br/>
        <w:t>A) –112   B) –7   C) 7   D) 28   E) 112</w:t>
      </w:r>
    </w:p>
    <w:p w14:paraId="6C9C7E67" w14:textId="5CD38238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 xml:space="preserve">13. </w:t>
      </w:r>
      <w:r w:rsidR="00D84608" w:rsidRPr="00B42721">
        <w:rPr>
          <w:sz w:val="24"/>
          <w:szCs w:val="24"/>
        </w:rPr>
        <w:t>The difference between –9 and 4 is:</w:t>
      </w:r>
      <w:r w:rsidR="00D84608" w:rsidRPr="00B42721">
        <w:rPr>
          <w:sz w:val="24"/>
          <w:szCs w:val="24"/>
        </w:rPr>
        <w:br/>
        <w:t>A) –13   B) –5   C) 0   D) 13   E) 5</w:t>
      </w:r>
    </w:p>
    <w:p w14:paraId="4AAA365F" w14:textId="39378838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14</w:t>
      </w:r>
      <w:r w:rsidR="00D84608" w:rsidRPr="00B42721">
        <w:rPr>
          <w:b/>
          <w:bCs/>
          <w:sz w:val="24"/>
          <w:szCs w:val="24"/>
        </w:rPr>
        <w:t xml:space="preserve">. </w:t>
      </w:r>
      <w:r w:rsidR="00D84608" w:rsidRPr="00B42721">
        <w:rPr>
          <w:sz w:val="24"/>
          <w:szCs w:val="24"/>
        </w:rPr>
        <w:t>If p = –6 and q = –2, what is p ÷ q?</w:t>
      </w:r>
      <w:r w:rsidR="00D84608" w:rsidRPr="00B42721">
        <w:rPr>
          <w:sz w:val="24"/>
          <w:szCs w:val="24"/>
        </w:rPr>
        <w:br/>
        <w:t>A) –12   B) –3   C) 3   D) 12   E) 0</w:t>
      </w:r>
    </w:p>
    <w:p w14:paraId="7EF4A536" w14:textId="22719913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15</w:t>
      </w:r>
      <w:r w:rsidR="00D84608" w:rsidRPr="00B42721">
        <w:rPr>
          <w:b/>
          <w:bCs/>
          <w:sz w:val="24"/>
          <w:szCs w:val="24"/>
        </w:rPr>
        <w:t xml:space="preserve">. </w:t>
      </w:r>
      <w:r w:rsidR="00D84608" w:rsidRPr="00B42721">
        <w:rPr>
          <w:sz w:val="24"/>
          <w:szCs w:val="24"/>
        </w:rPr>
        <w:t xml:space="preserve">A thermometer shows –8°C. The temperature drops by 6°C, then rises by 15°C. </w:t>
      </w:r>
      <w:r w:rsidR="00B42721">
        <w:rPr>
          <w:sz w:val="24"/>
          <w:szCs w:val="24"/>
        </w:rPr>
        <w:t xml:space="preserve">                              </w:t>
      </w:r>
      <w:r w:rsidR="00D84608" w:rsidRPr="00B42721">
        <w:rPr>
          <w:sz w:val="24"/>
          <w:szCs w:val="24"/>
        </w:rPr>
        <w:t>What is the new temperature?</w:t>
      </w:r>
      <w:r w:rsidR="00D84608" w:rsidRPr="00B42721">
        <w:rPr>
          <w:sz w:val="24"/>
          <w:szCs w:val="24"/>
        </w:rPr>
        <w:br/>
        <w:t>A) –29°C   B) –14°C   C) 1°C   D) 7°C   E) 13°C</w:t>
      </w:r>
    </w:p>
    <w:p w14:paraId="0A730C7F" w14:textId="7B0A2160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16.</w:t>
      </w:r>
      <w:r w:rsidR="00D84608" w:rsidRPr="00B62D59">
        <w:rPr>
          <w:color w:val="0070C0"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Which of these has the largest value?</w:t>
      </w:r>
      <w:r w:rsidR="00D84608" w:rsidRPr="00B42721">
        <w:rPr>
          <w:sz w:val="24"/>
          <w:szCs w:val="24"/>
        </w:rPr>
        <w:br/>
        <w:t>A) –100   B) –50   C) –25   D) –10   E) –1</w:t>
      </w:r>
    </w:p>
    <w:p w14:paraId="7AB30B9F" w14:textId="4EAF57E9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17.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The sum of –3, –5 and –7 is:</w:t>
      </w:r>
      <w:r w:rsidR="00D84608" w:rsidRPr="00B42721">
        <w:rPr>
          <w:sz w:val="24"/>
          <w:szCs w:val="24"/>
        </w:rPr>
        <w:br/>
        <w:t>A) –15   B) –14   C) –13   D) –12   E) –11</w:t>
      </w:r>
    </w:p>
    <w:p w14:paraId="41D1C866" w14:textId="37CC5F2F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18.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>What is the value of –(–12)?</w:t>
      </w:r>
      <w:r w:rsidR="00D84608" w:rsidRPr="00B42721">
        <w:rPr>
          <w:sz w:val="24"/>
          <w:szCs w:val="24"/>
        </w:rPr>
        <w:br/>
        <w:t>A) –12   B) –1   C) 0   D) 1   E) 12</w:t>
      </w:r>
    </w:p>
    <w:p w14:paraId="2801D1CA" w14:textId="097F6266" w:rsidR="00455AF1" w:rsidRPr="00B42721" w:rsidRDefault="00B62D59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</w:t>
      </w:r>
      <w:r w:rsidR="00D84608" w:rsidRPr="00B62D59">
        <w:rPr>
          <w:b/>
          <w:bCs/>
          <w:color w:val="0070C0"/>
          <w:sz w:val="24"/>
          <w:szCs w:val="24"/>
        </w:rPr>
        <w:t>19.</w:t>
      </w:r>
      <w:r w:rsidR="00D84608" w:rsidRPr="00B42721">
        <w:rPr>
          <w:b/>
          <w:bCs/>
          <w:sz w:val="24"/>
          <w:szCs w:val="24"/>
        </w:rPr>
        <w:t xml:space="preserve"> </w:t>
      </w:r>
      <w:r w:rsidR="00D84608" w:rsidRPr="00B42721">
        <w:rPr>
          <w:sz w:val="24"/>
          <w:szCs w:val="24"/>
        </w:rPr>
        <w:t xml:space="preserve">A climber descends 120 m, then climbs </w:t>
      </w:r>
      <w:r>
        <w:rPr>
          <w:sz w:val="24"/>
          <w:szCs w:val="24"/>
        </w:rPr>
        <w:t xml:space="preserve">        </w:t>
      </w:r>
      <w:r w:rsidR="00D84608" w:rsidRPr="00B42721">
        <w:rPr>
          <w:sz w:val="24"/>
          <w:szCs w:val="24"/>
        </w:rPr>
        <w:t xml:space="preserve">90 m, then descends 50 m. </w:t>
      </w:r>
      <w:r w:rsidR="00B42721">
        <w:rPr>
          <w:sz w:val="24"/>
          <w:szCs w:val="24"/>
        </w:rPr>
        <w:t xml:space="preserve">                                                        </w:t>
      </w:r>
      <w:r w:rsidR="00D84608" w:rsidRPr="00B42721">
        <w:rPr>
          <w:sz w:val="24"/>
          <w:szCs w:val="24"/>
        </w:rPr>
        <w:t>How far below the start is she?</w:t>
      </w:r>
      <w:r w:rsidR="00D84608" w:rsidRPr="00B42721">
        <w:rPr>
          <w:sz w:val="24"/>
          <w:szCs w:val="24"/>
        </w:rPr>
        <w:br/>
      </w:r>
      <w:r w:rsidR="00D84608" w:rsidRPr="00B42721">
        <w:t xml:space="preserve">A) –180 m   B) –150 m   C) –80 m   D) –70 </w:t>
      </w:r>
      <w:proofErr w:type="gramStart"/>
      <w:r w:rsidR="00D84608" w:rsidRPr="00B42721">
        <w:t xml:space="preserve">m </w:t>
      </w:r>
      <w:r w:rsidR="00B42721" w:rsidRPr="00B42721">
        <w:t xml:space="preserve"> </w:t>
      </w:r>
      <w:r w:rsidR="00D84608" w:rsidRPr="00B42721">
        <w:t>E</w:t>
      </w:r>
      <w:proofErr w:type="gramEnd"/>
      <w:r w:rsidR="00D84608" w:rsidRPr="00B42721">
        <w:t>) –30 m</w:t>
      </w:r>
    </w:p>
    <w:p w14:paraId="68D9F8F7" w14:textId="77777777" w:rsidR="00455AF1" w:rsidRDefault="00D84608" w:rsidP="00B42721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20.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 xml:space="preserve">If x = –2, what is the value of (x – </w:t>
      </w:r>
      <w:proofErr w:type="gramStart"/>
      <w:r w:rsidRPr="00B42721">
        <w:rPr>
          <w:sz w:val="24"/>
          <w:szCs w:val="24"/>
        </w:rPr>
        <w:t>4)(</w:t>
      </w:r>
      <w:proofErr w:type="gramEnd"/>
      <w:r w:rsidRPr="00B42721">
        <w:rPr>
          <w:sz w:val="24"/>
          <w:szCs w:val="24"/>
        </w:rPr>
        <w:t>x + 3)?</w:t>
      </w:r>
      <w:r w:rsidRPr="00B42721">
        <w:rPr>
          <w:sz w:val="24"/>
          <w:szCs w:val="24"/>
        </w:rPr>
        <w:br/>
        <w:t>A) –12   B) –6   C) 0   D) 6   E) 12</w:t>
      </w:r>
    </w:p>
    <w:p w14:paraId="0D6433E1" w14:textId="77777777" w:rsidR="00E97529" w:rsidRDefault="00E97529" w:rsidP="00B42721">
      <w:pPr>
        <w:spacing w:line="360" w:lineRule="auto"/>
        <w:rPr>
          <w:sz w:val="24"/>
          <w:szCs w:val="24"/>
        </w:rPr>
      </w:pPr>
    </w:p>
    <w:p w14:paraId="68E7BC7F" w14:textId="77777777" w:rsidR="00E97529" w:rsidRDefault="00E97529" w:rsidP="00B42721">
      <w:pPr>
        <w:spacing w:line="360" w:lineRule="auto"/>
        <w:rPr>
          <w:sz w:val="24"/>
          <w:szCs w:val="24"/>
        </w:rPr>
      </w:pPr>
    </w:p>
    <w:p w14:paraId="766591ED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lastRenderedPageBreak/>
        <w:t>Q1.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Which of the following is the smallest?</w:t>
      </w:r>
      <w:r w:rsidRPr="00B42721">
        <w:rPr>
          <w:sz w:val="24"/>
          <w:szCs w:val="24"/>
        </w:rPr>
        <w:br/>
        <w:t>A) –3   B) –12   C) –7   D) –5   E) –1</w:t>
      </w:r>
    </w:p>
    <w:p w14:paraId="319C2CA8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Q2.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What is the value of (-4) × (-3) - 5?</w:t>
      </w:r>
      <w:r w:rsidRPr="00B42721">
        <w:rPr>
          <w:sz w:val="24"/>
          <w:szCs w:val="24"/>
        </w:rPr>
        <w:br/>
        <w:t>A) –17   B) –7   C) 7   D) 12   E) 17</w:t>
      </w:r>
    </w:p>
    <w:p w14:paraId="4F69F0BD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Q3.</w:t>
      </w:r>
      <w:r w:rsidRPr="00B42721">
        <w:rPr>
          <w:sz w:val="24"/>
          <w:szCs w:val="24"/>
        </w:rPr>
        <w:t xml:space="preserve"> A lift goes down 5 floors, then up 3, then down 4. If it started on floor 0, which floor is it on now?</w:t>
      </w:r>
      <w:r w:rsidRPr="00B42721">
        <w:rPr>
          <w:sz w:val="24"/>
          <w:szCs w:val="24"/>
        </w:rPr>
        <w:br/>
        <w:t>A) –6   B) –5   C) –4   D) –2   E) –1</w:t>
      </w:r>
    </w:p>
    <w:p w14:paraId="2E4555FB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Q4.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 xml:space="preserve">The average of the </w:t>
      </w:r>
      <w:proofErr w:type="gramStart"/>
      <w:r w:rsidRPr="00B42721">
        <w:rPr>
          <w:sz w:val="24"/>
          <w:szCs w:val="24"/>
        </w:rPr>
        <w:t>numbers –2</w:t>
      </w:r>
      <w:proofErr w:type="gramEnd"/>
      <w:r w:rsidRPr="00B42721">
        <w:rPr>
          <w:sz w:val="24"/>
          <w:szCs w:val="24"/>
        </w:rPr>
        <w:t>, –4, –6 and 8 is:</w:t>
      </w:r>
      <w:r>
        <w:rPr>
          <w:sz w:val="24"/>
          <w:szCs w:val="24"/>
        </w:rPr>
        <w:t xml:space="preserve"> </w:t>
      </w:r>
      <w:r w:rsidRPr="00B42721">
        <w:rPr>
          <w:sz w:val="24"/>
          <w:szCs w:val="24"/>
        </w:rPr>
        <w:t>A) –6   B) –1   C) 0   D) 1   E) 2</w:t>
      </w:r>
    </w:p>
    <w:p w14:paraId="3500576D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Q5.</w:t>
      </w:r>
      <w:r w:rsidRPr="00B62D59">
        <w:rPr>
          <w:color w:val="0070C0"/>
          <w:sz w:val="24"/>
          <w:szCs w:val="24"/>
        </w:rPr>
        <w:t xml:space="preserve"> </w:t>
      </w:r>
      <w:r w:rsidRPr="00B42721">
        <w:rPr>
          <w:sz w:val="24"/>
          <w:szCs w:val="24"/>
        </w:rPr>
        <w:t>If x = -3, what is the value of x² - 2x?</w:t>
      </w:r>
      <w:r w:rsidRPr="00B42721">
        <w:rPr>
          <w:sz w:val="24"/>
          <w:szCs w:val="24"/>
        </w:rPr>
        <w:br/>
        <w:t>A) –3   B) 3   C) 9   D) 15   E) 21</w:t>
      </w:r>
    </w:p>
    <w:p w14:paraId="6926B0E2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Q6</w:t>
      </w:r>
      <w:r w:rsidRPr="00B42721">
        <w:rPr>
          <w:b/>
          <w:bCs/>
          <w:sz w:val="24"/>
          <w:szCs w:val="24"/>
        </w:rPr>
        <w:t>.</w:t>
      </w:r>
      <w:r w:rsidRPr="00B42721">
        <w:rPr>
          <w:sz w:val="24"/>
          <w:szCs w:val="24"/>
        </w:rPr>
        <w:t xml:space="preserve"> The temperature at midnight was –5°C. </w:t>
      </w:r>
      <w:r>
        <w:rPr>
          <w:sz w:val="24"/>
          <w:szCs w:val="24"/>
        </w:rPr>
        <w:t xml:space="preserve">               </w:t>
      </w:r>
      <w:r w:rsidRPr="00B42721">
        <w:rPr>
          <w:sz w:val="24"/>
          <w:szCs w:val="24"/>
        </w:rPr>
        <w:t xml:space="preserve">By 6 a.m. it had risen by 7°C. </w:t>
      </w:r>
      <w:r>
        <w:rPr>
          <w:sz w:val="24"/>
          <w:szCs w:val="24"/>
        </w:rPr>
        <w:t xml:space="preserve">                                  </w:t>
      </w:r>
      <w:r w:rsidRPr="00B42721">
        <w:rPr>
          <w:sz w:val="24"/>
          <w:szCs w:val="24"/>
        </w:rPr>
        <w:t>What was the temperature at 6 a.m.?</w:t>
      </w:r>
      <w:r w:rsidRPr="00B42721">
        <w:rPr>
          <w:sz w:val="24"/>
          <w:szCs w:val="24"/>
        </w:rPr>
        <w:br/>
        <w:t>A) –12°C   B) –2°C   C) 0°C   D) 2°C   E) 7°C</w:t>
      </w:r>
    </w:p>
    <w:p w14:paraId="0C5CC877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 xml:space="preserve">Q7. </w:t>
      </w:r>
      <w:r w:rsidRPr="00B42721">
        <w:rPr>
          <w:sz w:val="24"/>
          <w:szCs w:val="24"/>
        </w:rPr>
        <w:t xml:space="preserve">A submarine </w:t>
      </w:r>
      <w:proofErr w:type="gramStart"/>
      <w:r w:rsidRPr="00B42721">
        <w:rPr>
          <w:sz w:val="24"/>
          <w:szCs w:val="24"/>
        </w:rPr>
        <w:t>is at</w:t>
      </w:r>
      <w:proofErr w:type="gramEnd"/>
      <w:r w:rsidRPr="00B42721">
        <w:rPr>
          <w:sz w:val="24"/>
          <w:szCs w:val="24"/>
        </w:rPr>
        <w:t xml:space="preserve"> 150 </w:t>
      </w:r>
      <w:proofErr w:type="spellStart"/>
      <w:r w:rsidRPr="00B42721">
        <w:rPr>
          <w:sz w:val="24"/>
          <w:szCs w:val="24"/>
        </w:rPr>
        <w:t>metres</w:t>
      </w:r>
      <w:proofErr w:type="spellEnd"/>
      <w:r w:rsidRPr="00B42721">
        <w:rPr>
          <w:sz w:val="24"/>
          <w:szCs w:val="24"/>
        </w:rPr>
        <w:t xml:space="preserve"> below sea level. It rises 80 </w:t>
      </w:r>
      <w:proofErr w:type="spellStart"/>
      <w:r w:rsidRPr="00B42721">
        <w:rPr>
          <w:sz w:val="24"/>
          <w:szCs w:val="24"/>
        </w:rPr>
        <w:t>metres</w:t>
      </w:r>
      <w:proofErr w:type="spellEnd"/>
      <w:r w:rsidRPr="00B42721">
        <w:rPr>
          <w:sz w:val="24"/>
          <w:szCs w:val="24"/>
        </w:rPr>
        <w:t xml:space="preserve">, then descends 50 </w:t>
      </w:r>
      <w:proofErr w:type="spellStart"/>
      <w:r w:rsidRPr="00B42721">
        <w:rPr>
          <w:sz w:val="24"/>
          <w:szCs w:val="24"/>
        </w:rPr>
        <w:t>metres</w:t>
      </w:r>
      <w:proofErr w:type="spellEnd"/>
      <w:r w:rsidRPr="00B42721">
        <w:rPr>
          <w:sz w:val="24"/>
          <w:szCs w:val="24"/>
        </w:rPr>
        <w:t>. What is its final depth?</w:t>
      </w:r>
      <w:r w:rsidRPr="00B42721">
        <w:rPr>
          <w:sz w:val="24"/>
          <w:szCs w:val="24"/>
        </w:rPr>
        <w:br/>
      </w:r>
      <w:r w:rsidRPr="00B42721">
        <w:rPr>
          <w:sz w:val="20"/>
          <w:szCs w:val="20"/>
        </w:rPr>
        <w:t>A) –220 m   B) –170 m   C) –120 m   D) –100 m   E) –20 m</w:t>
      </w:r>
    </w:p>
    <w:p w14:paraId="5E832218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Q8.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What is the result of –2 × (–5) + (–3)?</w:t>
      </w:r>
      <w:r w:rsidRPr="00B42721">
        <w:rPr>
          <w:sz w:val="24"/>
          <w:szCs w:val="24"/>
        </w:rPr>
        <w:br/>
        <w:t>A) –13   B) –7   C) 3   D) 7   E) 13</w:t>
      </w:r>
    </w:p>
    <w:p w14:paraId="67BFDAA4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 xml:space="preserve">Q9. </w:t>
      </w:r>
      <w:r w:rsidRPr="00B42721">
        <w:rPr>
          <w:sz w:val="24"/>
          <w:szCs w:val="24"/>
        </w:rPr>
        <w:t>The sum of three consecutive integers is –6. What is the largest of the three?</w:t>
      </w:r>
      <w:r w:rsidRPr="00B42721">
        <w:rPr>
          <w:sz w:val="24"/>
          <w:szCs w:val="24"/>
        </w:rPr>
        <w:br/>
        <w:t>A) –3   B) –2   C) –1   D) 0   E) 1</w:t>
      </w:r>
    </w:p>
    <w:p w14:paraId="4633C34F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Q10.</w:t>
      </w:r>
      <w:r w:rsidRPr="00B42721">
        <w:rPr>
          <w:sz w:val="24"/>
          <w:szCs w:val="24"/>
        </w:rPr>
        <w:t xml:space="preserve"> A bank account is £20 overdrawn. After depositing £35, what is the balance?</w:t>
      </w:r>
      <w:r w:rsidRPr="00B42721">
        <w:rPr>
          <w:sz w:val="24"/>
          <w:szCs w:val="24"/>
        </w:rPr>
        <w:br/>
        <w:t>A) –55   B) –15   C) 0   D) 15   E) 55</w:t>
      </w:r>
    </w:p>
    <w:p w14:paraId="4AD87F98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Q11.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What is the value of (–</w:t>
      </w:r>
      <w:proofErr w:type="gramStart"/>
      <w:r w:rsidRPr="00B42721">
        <w:rPr>
          <w:sz w:val="24"/>
          <w:szCs w:val="24"/>
        </w:rPr>
        <w:t>2)³</w:t>
      </w:r>
      <w:proofErr w:type="gramEnd"/>
      <w:r w:rsidRPr="00B42721">
        <w:rPr>
          <w:sz w:val="24"/>
          <w:szCs w:val="24"/>
        </w:rPr>
        <w:t>?</w:t>
      </w:r>
      <w:r w:rsidRPr="00B42721">
        <w:rPr>
          <w:sz w:val="24"/>
          <w:szCs w:val="24"/>
        </w:rPr>
        <w:br/>
        <w:t>A) –8   B) –6   C) –2   D) 2   E) 8</w:t>
      </w:r>
    </w:p>
    <w:p w14:paraId="6EA3D883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Q12.</w:t>
      </w:r>
      <w:r w:rsidRPr="00B62D59">
        <w:rPr>
          <w:color w:val="0070C0"/>
          <w:sz w:val="24"/>
          <w:szCs w:val="24"/>
        </w:rPr>
        <w:t xml:space="preserve"> </w:t>
      </w:r>
      <w:r w:rsidRPr="00B42721">
        <w:rPr>
          <w:sz w:val="24"/>
          <w:szCs w:val="24"/>
        </w:rPr>
        <w:t>A number is multiplied by –4 to give –28. What is the number?</w:t>
      </w:r>
      <w:r w:rsidRPr="00B42721">
        <w:rPr>
          <w:sz w:val="24"/>
          <w:szCs w:val="24"/>
        </w:rPr>
        <w:br/>
        <w:t>A) –112   B) –7   C) 7   D) 28   E) 112</w:t>
      </w:r>
    </w:p>
    <w:p w14:paraId="1EB601D1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 xml:space="preserve">Q13. </w:t>
      </w:r>
      <w:r w:rsidRPr="00B42721">
        <w:rPr>
          <w:sz w:val="24"/>
          <w:szCs w:val="24"/>
        </w:rPr>
        <w:t>The difference between –9 and 4 is:</w:t>
      </w:r>
      <w:r w:rsidRPr="00B42721">
        <w:rPr>
          <w:sz w:val="24"/>
          <w:szCs w:val="24"/>
        </w:rPr>
        <w:br/>
        <w:t>A) –13   B) –5   C) 0   D) 13   E) 5</w:t>
      </w:r>
    </w:p>
    <w:p w14:paraId="47707BE1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Q14</w:t>
      </w:r>
      <w:r w:rsidRPr="00B42721">
        <w:rPr>
          <w:b/>
          <w:bCs/>
          <w:sz w:val="24"/>
          <w:szCs w:val="24"/>
        </w:rPr>
        <w:t xml:space="preserve">. </w:t>
      </w:r>
      <w:r w:rsidRPr="00B42721">
        <w:rPr>
          <w:sz w:val="24"/>
          <w:szCs w:val="24"/>
        </w:rPr>
        <w:t>If p = –6 and q = –2, what is p ÷ q?</w:t>
      </w:r>
      <w:r w:rsidRPr="00B42721">
        <w:rPr>
          <w:sz w:val="24"/>
          <w:szCs w:val="24"/>
        </w:rPr>
        <w:br/>
        <w:t>A) –12   B) –3   C) 3   D) 12   E) 0</w:t>
      </w:r>
    </w:p>
    <w:p w14:paraId="414D2F1F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Q15</w:t>
      </w:r>
      <w:r w:rsidRPr="00B42721">
        <w:rPr>
          <w:b/>
          <w:bCs/>
          <w:sz w:val="24"/>
          <w:szCs w:val="24"/>
        </w:rPr>
        <w:t xml:space="preserve">. </w:t>
      </w:r>
      <w:r w:rsidRPr="00B42721">
        <w:rPr>
          <w:sz w:val="24"/>
          <w:szCs w:val="24"/>
        </w:rPr>
        <w:t xml:space="preserve">A thermometer shows –8°C. The temperature drops by 6°C, then rises by 15°C. </w:t>
      </w:r>
      <w:r>
        <w:rPr>
          <w:sz w:val="24"/>
          <w:szCs w:val="24"/>
        </w:rPr>
        <w:t xml:space="preserve">                              </w:t>
      </w:r>
      <w:r w:rsidRPr="00B42721">
        <w:rPr>
          <w:sz w:val="24"/>
          <w:szCs w:val="24"/>
        </w:rPr>
        <w:t>What is the new temperature?</w:t>
      </w:r>
      <w:r w:rsidRPr="00B42721">
        <w:rPr>
          <w:sz w:val="24"/>
          <w:szCs w:val="24"/>
        </w:rPr>
        <w:br/>
        <w:t>A) –29°C   B) –14°C   C) 1°C   D) 7°C   E) 13°C</w:t>
      </w:r>
    </w:p>
    <w:p w14:paraId="49157D92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Q16.</w:t>
      </w:r>
      <w:r w:rsidRPr="00B62D59">
        <w:rPr>
          <w:color w:val="0070C0"/>
          <w:sz w:val="24"/>
          <w:szCs w:val="24"/>
        </w:rPr>
        <w:t xml:space="preserve"> </w:t>
      </w:r>
      <w:r w:rsidRPr="00B42721">
        <w:rPr>
          <w:sz w:val="24"/>
          <w:szCs w:val="24"/>
        </w:rPr>
        <w:t>Which of these has the largest value?</w:t>
      </w:r>
      <w:r w:rsidRPr="00B42721">
        <w:rPr>
          <w:sz w:val="24"/>
          <w:szCs w:val="24"/>
        </w:rPr>
        <w:br/>
        <w:t>A) –100   B) –50   C) –25   D) –10   E) –1</w:t>
      </w:r>
    </w:p>
    <w:p w14:paraId="587F248D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Q17.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The sum of –3, –5 and –7 is:</w:t>
      </w:r>
      <w:r w:rsidRPr="00B42721">
        <w:rPr>
          <w:sz w:val="24"/>
          <w:szCs w:val="24"/>
        </w:rPr>
        <w:br/>
        <w:t>A) –15   B) –14   C) –13   D) –12   E) –11</w:t>
      </w:r>
    </w:p>
    <w:p w14:paraId="20AA1F40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Q18.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>What is the value of –(–12)?</w:t>
      </w:r>
      <w:r w:rsidRPr="00B42721">
        <w:rPr>
          <w:sz w:val="24"/>
          <w:szCs w:val="24"/>
        </w:rPr>
        <w:br/>
        <w:t>A) –12   B) –1   C) 0   D) 1   E) 12</w:t>
      </w:r>
    </w:p>
    <w:p w14:paraId="397D8E8D" w14:textId="77777777" w:rsidR="00B62D59" w:rsidRPr="00B42721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Q19.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 xml:space="preserve">A climber descends 120 m, then climbs </w:t>
      </w:r>
      <w:r>
        <w:rPr>
          <w:sz w:val="24"/>
          <w:szCs w:val="24"/>
        </w:rPr>
        <w:t xml:space="preserve">        </w:t>
      </w:r>
      <w:r w:rsidRPr="00B42721">
        <w:rPr>
          <w:sz w:val="24"/>
          <w:szCs w:val="24"/>
        </w:rPr>
        <w:t xml:space="preserve">90 m, then descends 50 m. </w:t>
      </w:r>
      <w:r>
        <w:rPr>
          <w:sz w:val="24"/>
          <w:szCs w:val="24"/>
        </w:rPr>
        <w:t xml:space="preserve">                                                        </w:t>
      </w:r>
      <w:r w:rsidRPr="00B42721">
        <w:rPr>
          <w:sz w:val="24"/>
          <w:szCs w:val="24"/>
        </w:rPr>
        <w:t>How far below the start is she?</w:t>
      </w:r>
      <w:r w:rsidRPr="00B42721">
        <w:rPr>
          <w:sz w:val="24"/>
          <w:szCs w:val="24"/>
        </w:rPr>
        <w:br/>
      </w:r>
      <w:r w:rsidRPr="00B42721">
        <w:t xml:space="preserve">A) –180 m   B) –150 m   C) –80 m   D) –70 </w:t>
      </w:r>
      <w:proofErr w:type="gramStart"/>
      <w:r w:rsidRPr="00B42721">
        <w:t>m  E</w:t>
      </w:r>
      <w:proofErr w:type="gramEnd"/>
      <w:r w:rsidRPr="00B42721">
        <w:t>) –30 m</w:t>
      </w:r>
    </w:p>
    <w:p w14:paraId="20D288D2" w14:textId="77777777" w:rsidR="00B62D59" w:rsidRDefault="00B62D59" w:rsidP="00B62D59">
      <w:pPr>
        <w:spacing w:line="360" w:lineRule="auto"/>
        <w:rPr>
          <w:sz w:val="24"/>
          <w:szCs w:val="24"/>
        </w:rPr>
      </w:pPr>
      <w:r w:rsidRPr="00B62D59">
        <w:rPr>
          <w:b/>
          <w:bCs/>
          <w:color w:val="0070C0"/>
          <w:sz w:val="24"/>
          <w:szCs w:val="24"/>
        </w:rPr>
        <w:t>20.</w:t>
      </w:r>
      <w:r w:rsidRPr="00B42721">
        <w:rPr>
          <w:b/>
          <w:bCs/>
          <w:sz w:val="24"/>
          <w:szCs w:val="24"/>
        </w:rPr>
        <w:t xml:space="preserve"> </w:t>
      </w:r>
      <w:r w:rsidRPr="00B42721">
        <w:rPr>
          <w:sz w:val="24"/>
          <w:szCs w:val="24"/>
        </w:rPr>
        <w:t xml:space="preserve">If x = –2, what is the value of (x – </w:t>
      </w:r>
      <w:proofErr w:type="gramStart"/>
      <w:r w:rsidRPr="00B42721">
        <w:rPr>
          <w:sz w:val="24"/>
          <w:szCs w:val="24"/>
        </w:rPr>
        <w:t>4)(</w:t>
      </w:r>
      <w:proofErr w:type="gramEnd"/>
      <w:r w:rsidRPr="00B42721">
        <w:rPr>
          <w:sz w:val="24"/>
          <w:szCs w:val="24"/>
        </w:rPr>
        <w:t>x + 3)?</w:t>
      </w:r>
      <w:r w:rsidRPr="00B42721">
        <w:rPr>
          <w:sz w:val="24"/>
          <w:szCs w:val="24"/>
        </w:rPr>
        <w:br/>
        <w:t>A) –12   B) –6   C) 0   D) 6   E) 12</w:t>
      </w:r>
    </w:p>
    <w:p w14:paraId="6AF10A36" w14:textId="77777777" w:rsidR="00E97529" w:rsidRPr="00B42721" w:rsidRDefault="00E97529" w:rsidP="00B42721">
      <w:pPr>
        <w:spacing w:line="360" w:lineRule="auto"/>
        <w:rPr>
          <w:sz w:val="24"/>
          <w:szCs w:val="24"/>
        </w:rPr>
      </w:pPr>
    </w:p>
    <w:sectPr w:rsidR="00E97529" w:rsidRPr="00B42721" w:rsidSect="00B62D59">
      <w:headerReference w:type="default" r:id="rId8"/>
      <w:pgSz w:w="12240" w:h="15840"/>
      <w:pgMar w:top="720" w:right="720" w:bottom="720" w:left="720" w:header="57" w:footer="283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83C4" w14:textId="77777777" w:rsidR="00393B61" w:rsidRDefault="00393B61" w:rsidP="00B42721">
      <w:pPr>
        <w:spacing w:after="0" w:line="240" w:lineRule="auto"/>
      </w:pPr>
      <w:r>
        <w:separator/>
      </w:r>
    </w:p>
  </w:endnote>
  <w:endnote w:type="continuationSeparator" w:id="0">
    <w:p w14:paraId="6B5D5551" w14:textId="77777777" w:rsidR="00393B61" w:rsidRDefault="00393B61" w:rsidP="00B4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1729D" w14:textId="77777777" w:rsidR="00393B61" w:rsidRDefault="00393B61" w:rsidP="00B42721">
      <w:pPr>
        <w:spacing w:after="0" w:line="240" w:lineRule="auto"/>
      </w:pPr>
      <w:r>
        <w:separator/>
      </w:r>
    </w:p>
  </w:footnote>
  <w:footnote w:type="continuationSeparator" w:id="0">
    <w:p w14:paraId="67F57850" w14:textId="77777777" w:rsidR="00393B61" w:rsidRDefault="00393B61" w:rsidP="00B42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4953" w14:textId="214801CB" w:rsidR="00B42721" w:rsidRPr="00B42721" w:rsidRDefault="00B42721" w:rsidP="00B42721">
    <w:pPr>
      <w:pStyle w:val="Heading1"/>
      <w:tabs>
        <w:tab w:val="left" w:pos="9540"/>
      </w:tabs>
      <w:rPr>
        <w:sz w:val="48"/>
        <w:szCs w:val="48"/>
      </w:rPr>
    </w:pPr>
    <w:r w:rsidRPr="00B42721">
      <w:rPr>
        <w:sz w:val="48"/>
        <w:szCs w:val="48"/>
      </w:rPr>
      <w:t>UKMT Junior Challenge - Negative Numbers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6233997">
    <w:abstractNumId w:val="8"/>
  </w:num>
  <w:num w:numId="2" w16cid:durableId="578708350">
    <w:abstractNumId w:val="6"/>
  </w:num>
  <w:num w:numId="3" w16cid:durableId="1098675583">
    <w:abstractNumId w:val="5"/>
  </w:num>
  <w:num w:numId="4" w16cid:durableId="84347">
    <w:abstractNumId w:val="4"/>
  </w:num>
  <w:num w:numId="5" w16cid:durableId="1177694801">
    <w:abstractNumId w:val="7"/>
  </w:num>
  <w:num w:numId="6" w16cid:durableId="264920543">
    <w:abstractNumId w:val="3"/>
  </w:num>
  <w:num w:numId="7" w16cid:durableId="2098675033">
    <w:abstractNumId w:val="2"/>
  </w:num>
  <w:num w:numId="8" w16cid:durableId="1729651442">
    <w:abstractNumId w:val="1"/>
  </w:num>
  <w:num w:numId="9" w16cid:durableId="145001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242C"/>
    <w:rsid w:val="00393B61"/>
    <w:rsid w:val="003D1FD5"/>
    <w:rsid w:val="00455AF1"/>
    <w:rsid w:val="00A3655C"/>
    <w:rsid w:val="00AA1D8D"/>
    <w:rsid w:val="00AB2941"/>
    <w:rsid w:val="00AB4E3A"/>
    <w:rsid w:val="00B42721"/>
    <w:rsid w:val="00B47730"/>
    <w:rsid w:val="00B62D59"/>
    <w:rsid w:val="00CB0664"/>
    <w:rsid w:val="00D84608"/>
    <w:rsid w:val="00DD769F"/>
    <w:rsid w:val="00E97529"/>
    <w:rsid w:val="00FC693F"/>
    <w:rsid w:val="00FF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B0267"/>
  <w14:defaultImageDpi w14:val="300"/>
  <w15:docId w15:val="{533C437A-A59F-4CCA-B0EE-77894ABA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Stewart Gale</cp:lastModifiedBy>
  <cp:revision>6</cp:revision>
  <cp:lastPrinted>2025-09-09T04:50:00Z</cp:lastPrinted>
  <dcterms:created xsi:type="dcterms:W3CDTF">2025-08-31T14:17:00Z</dcterms:created>
  <dcterms:modified xsi:type="dcterms:W3CDTF">2025-09-09T05:03:00Z</dcterms:modified>
  <cp:category/>
</cp:coreProperties>
</file>