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66F1D" w14:textId="10060670" w:rsidR="0036773B" w:rsidRPr="00A05243" w:rsidRDefault="00600069" w:rsidP="0052491C">
      <w:pPr>
        <w:spacing w:before="240" w:line="360" w:lineRule="auto"/>
        <w:rPr>
          <w:sz w:val="38"/>
          <w:szCs w:val="38"/>
        </w:rPr>
      </w:pPr>
      <w:r w:rsidRPr="00A05243">
        <w:rPr>
          <w:b/>
          <w:bCs/>
          <w:color w:val="0070C0"/>
          <w:sz w:val="38"/>
          <w:szCs w:val="38"/>
        </w:rPr>
        <w:t>Q1.</w:t>
      </w:r>
      <w:r w:rsidRPr="00A05243">
        <w:rPr>
          <w:sz w:val="38"/>
          <w:szCs w:val="38"/>
        </w:rPr>
        <w:t xml:space="preserve"> What is the HCF of 18 and 24?</w:t>
      </w:r>
    </w:p>
    <w:p w14:paraId="58718779" w14:textId="77777777" w:rsidR="0036773B" w:rsidRPr="00A05243" w:rsidRDefault="00600069" w:rsidP="0052491C">
      <w:pPr>
        <w:spacing w:line="360" w:lineRule="auto"/>
        <w:rPr>
          <w:sz w:val="38"/>
          <w:szCs w:val="38"/>
        </w:rPr>
      </w:pPr>
      <w:r w:rsidRPr="00A05243">
        <w:rPr>
          <w:b/>
          <w:bCs/>
          <w:color w:val="0070C0"/>
          <w:sz w:val="38"/>
          <w:szCs w:val="38"/>
        </w:rPr>
        <w:t>Q2.</w:t>
      </w:r>
      <w:r w:rsidRPr="00A05243">
        <w:rPr>
          <w:sz w:val="38"/>
          <w:szCs w:val="38"/>
        </w:rPr>
        <w:t xml:space="preserve"> What is the LCM of 6 and 10?</w:t>
      </w:r>
    </w:p>
    <w:p w14:paraId="166701EE" w14:textId="77777777" w:rsidR="0036773B" w:rsidRPr="00A05243" w:rsidRDefault="00600069" w:rsidP="0052491C">
      <w:pPr>
        <w:spacing w:line="360" w:lineRule="auto"/>
        <w:rPr>
          <w:sz w:val="38"/>
          <w:szCs w:val="38"/>
        </w:rPr>
      </w:pPr>
      <w:r w:rsidRPr="00A05243">
        <w:rPr>
          <w:b/>
          <w:bCs/>
          <w:color w:val="0070C0"/>
          <w:sz w:val="38"/>
          <w:szCs w:val="38"/>
        </w:rPr>
        <w:t xml:space="preserve">Q3. </w:t>
      </w:r>
      <w:r w:rsidRPr="00A05243">
        <w:rPr>
          <w:sz w:val="38"/>
          <w:szCs w:val="38"/>
        </w:rPr>
        <w:t>Which of the following pairs have an HCF of 7?</w:t>
      </w:r>
      <w:r w:rsidRPr="00A05243">
        <w:rPr>
          <w:sz w:val="38"/>
          <w:szCs w:val="38"/>
        </w:rPr>
        <w:br/>
        <w:t>A) (14, 21)   B) (21, 35)   C) (28, 49)   D) (35, 42)   E) (14, 49)</w:t>
      </w:r>
    </w:p>
    <w:p w14:paraId="08C1BA31" w14:textId="5F36FE60" w:rsidR="0036773B" w:rsidRPr="00A05243" w:rsidRDefault="00600069" w:rsidP="0052491C">
      <w:pPr>
        <w:spacing w:line="360" w:lineRule="auto"/>
        <w:rPr>
          <w:sz w:val="38"/>
          <w:szCs w:val="38"/>
        </w:rPr>
      </w:pPr>
      <w:r w:rsidRPr="00A05243">
        <w:rPr>
          <w:b/>
          <w:bCs/>
          <w:color w:val="0070C0"/>
          <w:sz w:val="38"/>
          <w:szCs w:val="38"/>
        </w:rPr>
        <w:t xml:space="preserve">Q4. </w:t>
      </w:r>
      <w:r w:rsidRPr="00A05243">
        <w:rPr>
          <w:sz w:val="38"/>
          <w:szCs w:val="38"/>
        </w:rPr>
        <w:t xml:space="preserve">Two numbers have an LCM of 60 and an HCF of 6. </w:t>
      </w:r>
      <w:r w:rsidR="0052491C" w:rsidRPr="00A05243">
        <w:rPr>
          <w:sz w:val="38"/>
          <w:szCs w:val="38"/>
        </w:rPr>
        <w:t xml:space="preserve">                                        </w:t>
      </w:r>
      <w:r w:rsidRPr="00A05243">
        <w:rPr>
          <w:sz w:val="38"/>
          <w:szCs w:val="38"/>
        </w:rPr>
        <w:t>What could the numbers be?</w:t>
      </w:r>
    </w:p>
    <w:p w14:paraId="0B109C28" w14:textId="45CA6DCA" w:rsidR="0036773B" w:rsidRPr="00A05243" w:rsidRDefault="00600069" w:rsidP="0052491C">
      <w:pPr>
        <w:spacing w:line="360" w:lineRule="auto"/>
        <w:rPr>
          <w:sz w:val="38"/>
          <w:szCs w:val="38"/>
        </w:rPr>
      </w:pPr>
      <w:r w:rsidRPr="00A05243">
        <w:rPr>
          <w:b/>
          <w:bCs/>
          <w:color w:val="0070C0"/>
          <w:sz w:val="38"/>
          <w:szCs w:val="38"/>
        </w:rPr>
        <w:t xml:space="preserve">Q5. </w:t>
      </w:r>
      <w:r w:rsidRPr="00A05243">
        <w:rPr>
          <w:sz w:val="38"/>
          <w:szCs w:val="38"/>
        </w:rPr>
        <w:t>The product of two numbers is 180.</w:t>
      </w:r>
      <w:r w:rsidR="0052491C" w:rsidRPr="00A05243">
        <w:rPr>
          <w:sz w:val="38"/>
          <w:szCs w:val="38"/>
        </w:rPr>
        <w:t xml:space="preserve"> </w:t>
      </w:r>
      <w:r w:rsidRPr="00A05243">
        <w:rPr>
          <w:sz w:val="38"/>
          <w:szCs w:val="38"/>
        </w:rPr>
        <w:t xml:space="preserve">Their HCF is 6. </w:t>
      </w:r>
      <w:r w:rsidR="0052491C" w:rsidRPr="00A05243">
        <w:rPr>
          <w:sz w:val="38"/>
          <w:szCs w:val="38"/>
        </w:rPr>
        <w:t xml:space="preserve">                                </w:t>
      </w:r>
      <w:r w:rsidRPr="00A05243">
        <w:rPr>
          <w:sz w:val="38"/>
          <w:szCs w:val="38"/>
        </w:rPr>
        <w:t>What is their LCM?</w:t>
      </w:r>
    </w:p>
    <w:p w14:paraId="17436068" w14:textId="77777777" w:rsidR="0036773B" w:rsidRPr="00A05243" w:rsidRDefault="00600069" w:rsidP="0052491C">
      <w:pPr>
        <w:spacing w:line="360" w:lineRule="auto"/>
        <w:rPr>
          <w:sz w:val="38"/>
          <w:szCs w:val="38"/>
        </w:rPr>
      </w:pPr>
      <w:r w:rsidRPr="00A05243">
        <w:rPr>
          <w:b/>
          <w:bCs/>
          <w:color w:val="0070C0"/>
          <w:sz w:val="38"/>
          <w:szCs w:val="38"/>
        </w:rPr>
        <w:t>Q6.</w:t>
      </w:r>
      <w:r w:rsidRPr="00A05243">
        <w:rPr>
          <w:sz w:val="38"/>
          <w:szCs w:val="38"/>
        </w:rPr>
        <w:t xml:space="preserve"> Find the HCF of 84 and 126.</w:t>
      </w:r>
    </w:p>
    <w:p w14:paraId="0ED64043" w14:textId="1AEB407C" w:rsidR="0036773B" w:rsidRPr="00A05243" w:rsidRDefault="00600069" w:rsidP="0052491C">
      <w:pPr>
        <w:spacing w:line="360" w:lineRule="auto"/>
        <w:rPr>
          <w:sz w:val="38"/>
          <w:szCs w:val="38"/>
        </w:rPr>
      </w:pPr>
      <w:r w:rsidRPr="00A05243">
        <w:rPr>
          <w:b/>
          <w:bCs/>
          <w:color w:val="0070C0"/>
          <w:sz w:val="38"/>
          <w:szCs w:val="38"/>
        </w:rPr>
        <w:t>Q7.</w:t>
      </w:r>
      <w:r w:rsidRPr="00A05243">
        <w:rPr>
          <w:sz w:val="38"/>
          <w:szCs w:val="38"/>
        </w:rPr>
        <w:t xml:space="preserve"> The LCM of two numbers is 420 and their HCF is 7. </w:t>
      </w:r>
      <w:r w:rsidR="0052491C" w:rsidRPr="00A05243">
        <w:rPr>
          <w:sz w:val="38"/>
          <w:szCs w:val="38"/>
        </w:rPr>
        <w:t xml:space="preserve">                                            </w:t>
      </w:r>
      <w:r w:rsidRPr="00A05243">
        <w:rPr>
          <w:sz w:val="38"/>
          <w:szCs w:val="38"/>
        </w:rPr>
        <w:t>If one number is 35, what is the other?</w:t>
      </w:r>
    </w:p>
    <w:p w14:paraId="4C6C12F2" w14:textId="7A54654A" w:rsidR="0036773B" w:rsidRPr="00A05243" w:rsidRDefault="00600069" w:rsidP="0052491C">
      <w:pPr>
        <w:spacing w:line="360" w:lineRule="auto"/>
        <w:rPr>
          <w:sz w:val="38"/>
          <w:szCs w:val="38"/>
        </w:rPr>
      </w:pPr>
      <w:r w:rsidRPr="00A05243">
        <w:rPr>
          <w:b/>
          <w:bCs/>
          <w:color w:val="0070C0"/>
          <w:sz w:val="38"/>
          <w:szCs w:val="38"/>
        </w:rPr>
        <w:t>Q8.</w:t>
      </w:r>
      <w:r w:rsidRPr="00A05243">
        <w:rPr>
          <w:sz w:val="38"/>
          <w:szCs w:val="38"/>
        </w:rPr>
        <w:t xml:space="preserve"> A bell rings every 12 minutes and another every 15 minutes. </w:t>
      </w:r>
      <w:r w:rsidR="0052491C" w:rsidRPr="00A05243">
        <w:rPr>
          <w:sz w:val="38"/>
          <w:szCs w:val="38"/>
        </w:rPr>
        <w:t xml:space="preserve">                  </w:t>
      </w:r>
      <w:r w:rsidRPr="00A05243">
        <w:rPr>
          <w:sz w:val="38"/>
          <w:szCs w:val="38"/>
        </w:rPr>
        <w:t>If they both ring at 12:00, when will they next ring together?</w:t>
      </w:r>
    </w:p>
    <w:p w14:paraId="691FA820" w14:textId="061FF569" w:rsidR="0036773B" w:rsidRPr="00A05243" w:rsidRDefault="00600069" w:rsidP="0052491C">
      <w:pPr>
        <w:spacing w:line="360" w:lineRule="auto"/>
        <w:rPr>
          <w:sz w:val="38"/>
          <w:szCs w:val="38"/>
        </w:rPr>
      </w:pPr>
      <w:r w:rsidRPr="00A05243">
        <w:rPr>
          <w:b/>
          <w:bCs/>
          <w:color w:val="0070C0"/>
          <w:sz w:val="38"/>
          <w:szCs w:val="38"/>
        </w:rPr>
        <w:t xml:space="preserve">Q9. </w:t>
      </w:r>
      <w:r w:rsidRPr="00A05243">
        <w:rPr>
          <w:sz w:val="38"/>
          <w:szCs w:val="38"/>
        </w:rPr>
        <w:t xml:space="preserve">Two numbers are between 20 and 40. </w:t>
      </w:r>
      <w:r w:rsidR="0052491C" w:rsidRPr="00A05243">
        <w:rPr>
          <w:sz w:val="38"/>
          <w:szCs w:val="38"/>
        </w:rPr>
        <w:t xml:space="preserve">                                                      </w:t>
      </w:r>
      <w:r w:rsidRPr="00A05243">
        <w:rPr>
          <w:sz w:val="38"/>
          <w:szCs w:val="38"/>
        </w:rPr>
        <w:t>Their HCF is 8 and their LCM is 120. What are the numbers?</w:t>
      </w:r>
    </w:p>
    <w:p w14:paraId="7E81C823" w14:textId="27867238" w:rsidR="0036773B" w:rsidRPr="00A05243" w:rsidRDefault="00600069" w:rsidP="0052491C">
      <w:pPr>
        <w:spacing w:line="360" w:lineRule="auto"/>
        <w:rPr>
          <w:sz w:val="38"/>
          <w:szCs w:val="38"/>
        </w:rPr>
      </w:pPr>
      <w:r w:rsidRPr="00A05243">
        <w:rPr>
          <w:b/>
          <w:bCs/>
          <w:color w:val="0070C0"/>
          <w:sz w:val="38"/>
          <w:szCs w:val="38"/>
        </w:rPr>
        <w:t xml:space="preserve">Q10. </w:t>
      </w:r>
      <w:r w:rsidRPr="00A05243">
        <w:rPr>
          <w:sz w:val="38"/>
          <w:szCs w:val="38"/>
        </w:rPr>
        <w:t xml:space="preserve">The HCF of two numbers is 11, and their product is 1210. </w:t>
      </w:r>
      <w:r w:rsidR="0052491C" w:rsidRPr="00A05243">
        <w:rPr>
          <w:sz w:val="38"/>
          <w:szCs w:val="38"/>
        </w:rPr>
        <w:t xml:space="preserve">             </w:t>
      </w:r>
      <w:r w:rsidRPr="00A05243">
        <w:rPr>
          <w:sz w:val="38"/>
          <w:szCs w:val="38"/>
        </w:rPr>
        <w:t>What is their LCM?</w:t>
      </w:r>
    </w:p>
    <w:p w14:paraId="28335AE6" w14:textId="77777777" w:rsidR="0052491C" w:rsidRPr="00A05243" w:rsidRDefault="0052491C" w:rsidP="0052491C">
      <w:pPr>
        <w:spacing w:before="240" w:line="360" w:lineRule="auto"/>
        <w:rPr>
          <w:sz w:val="38"/>
          <w:szCs w:val="38"/>
        </w:rPr>
      </w:pPr>
      <w:r w:rsidRPr="00A05243">
        <w:rPr>
          <w:b/>
          <w:bCs/>
          <w:color w:val="0070C0"/>
          <w:sz w:val="38"/>
          <w:szCs w:val="38"/>
        </w:rPr>
        <w:lastRenderedPageBreak/>
        <w:t>Q1.</w:t>
      </w:r>
      <w:r w:rsidRPr="00A05243">
        <w:rPr>
          <w:sz w:val="38"/>
          <w:szCs w:val="38"/>
        </w:rPr>
        <w:t xml:space="preserve"> What is the HCF of 18 and 24?</w:t>
      </w:r>
    </w:p>
    <w:p w14:paraId="5532EBCA" w14:textId="77777777" w:rsidR="0052491C" w:rsidRPr="00A05243" w:rsidRDefault="0052491C" w:rsidP="0052491C">
      <w:pPr>
        <w:spacing w:line="360" w:lineRule="auto"/>
        <w:rPr>
          <w:sz w:val="38"/>
          <w:szCs w:val="38"/>
        </w:rPr>
      </w:pPr>
      <w:r w:rsidRPr="00A05243">
        <w:rPr>
          <w:b/>
          <w:bCs/>
          <w:color w:val="0070C0"/>
          <w:sz w:val="38"/>
          <w:szCs w:val="38"/>
        </w:rPr>
        <w:t>Q2.</w:t>
      </w:r>
      <w:r w:rsidRPr="00A05243">
        <w:rPr>
          <w:sz w:val="38"/>
          <w:szCs w:val="38"/>
        </w:rPr>
        <w:t xml:space="preserve"> What is the LCM of 6 and 10?</w:t>
      </w:r>
    </w:p>
    <w:p w14:paraId="1D8C941A" w14:textId="77777777" w:rsidR="0052491C" w:rsidRPr="00A05243" w:rsidRDefault="0052491C" w:rsidP="0052491C">
      <w:pPr>
        <w:spacing w:line="360" w:lineRule="auto"/>
        <w:rPr>
          <w:sz w:val="38"/>
          <w:szCs w:val="38"/>
        </w:rPr>
      </w:pPr>
      <w:r w:rsidRPr="00A05243">
        <w:rPr>
          <w:b/>
          <w:bCs/>
          <w:color w:val="0070C0"/>
          <w:sz w:val="38"/>
          <w:szCs w:val="38"/>
        </w:rPr>
        <w:t xml:space="preserve">Q3. </w:t>
      </w:r>
      <w:r w:rsidRPr="00A05243">
        <w:rPr>
          <w:sz w:val="38"/>
          <w:szCs w:val="38"/>
        </w:rPr>
        <w:t>Which of the following pairs have an HCF of 7?</w:t>
      </w:r>
      <w:r w:rsidRPr="00A05243">
        <w:rPr>
          <w:sz w:val="38"/>
          <w:szCs w:val="38"/>
        </w:rPr>
        <w:br/>
        <w:t>A) (14, 21)   B) (21, 35)   C) (28, 49)   D) (35, 42)   E) (14, 49)</w:t>
      </w:r>
    </w:p>
    <w:p w14:paraId="351A7C9E" w14:textId="77777777" w:rsidR="0052491C" w:rsidRPr="00A05243" w:rsidRDefault="0052491C" w:rsidP="0052491C">
      <w:pPr>
        <w:spacing w:line="360" w:lineRule="auto"/>
        <w:rPr>
          <w:sz w:val="38"/>
          <w:szCs w:val="38"/>
        </w:rPr>
      </w:pPr>
      <w:r w:rsidRPr="00A05243">
        <w:rPr>
          <w:b/>
          <w:bCs/>
          <w:color w:val="0070C0"/>
          <w:sz w:val="38"/>
          <w:szCs w:val="38"/>
        </w:rPr>
        <w:t xml:space="preserve">Q4. </w:t>
      </w:r>
      <w:r w:rsidRPr="00A05243">
        <w:rPr>
          <w:sz w:val="38"/>
          <w:szCs w:val="38"/>
        </w:rPr>
        <w:t>Two numbers have an LCM of 60 and an HCF of 6.                                         What could the numbers be?</w:t>
      </w:r>
    </w:p>
    <w:p w14:paraId="542B84B3" w14:textId="77777777" w:rsidR="0052491C" w:rsidRPr="00A05243" w:rsidRDefault="0052491C" w:rsidP="0052491C">
      <w:pPr>
        <w:spacing w:line="360" w:lineRule="auto"/>
        <w:rPr>
          <w:sz w:val="38"/>
          <w:szCs w:val="38"/>
        </w:rPr>
      </w:pPr>
      <w:r w:rsidRPr="00A05243">
        <w:rPr>
          <w:b/>
          <w:bCs/>
          <w:color w:val="0070C0"/>
          <w:sz w:val="38"/>
          <w:szCs w:val="38"/>
        </w:rPr>
        <w:t xml:space="preserve">Q5. </w:t>
      </w:r>
      <w:r w:rsidRPr="00A05243">
        <w:rPr>
          <w:sz w:val="38"/>
          <w:szCs w:val="38"/>
        </w:rPr>
        <w:t>The product of two numbers is 180. Their HCF is 6.                                 What is their LCM?</w:t>
      </w:r>
    </w:p>
    <w:p w14:paraId="248EB5EC" w14:textId="77777777" w:rsidR="0052491C" w:rsidRPr="00A05243" w:rsidRDefault="0052491C" w:rsidP="0052491C">
      <w:pPr>
        <w:spacing w:line="360" w:lineRule="auto"/>
        <w:rPr>
          <w:sz w:val="38"/>
          <w:szCs w:val="38"/>
        </w:rPr>
      </w:pPr>
      <w:r w:rsidRPr="00A05243">
        <w:rPr>
          <w:b/>
          <w:bCs/>
          <w:color w:val="0070C0"/>
          <w:sz w:val="38"/>
          <w:szCs w:val="38"/>
        </w:rPr>
        <w:t>Q6.</w:t>
      </w:r>
      <w:r w:rsidRPr="00A05243">
        <w:rPr>
          <w:sz w:val="38"/>
          <w:szCs w:val="38"/>
        </w:rPr>
        <w:t xml:space="preserve"> Find the HCF of 84 and 126.</w:t>
      </w:r>
    </w:p>
    <w:p w14:paraId="11E5F1FC" w14:textId="77777777" w:rsidR="0052491C" w:rsidRPr="00A05243" w:rsidRDefault="0052491C" w:rsidP="0052491C">
      <w:pPr>
        <w:spacing w:line="360" w:lineRule="auto"/>
        <w:rPr>
          <w:sz w:val="38"/>
          <w:szCs w:val="38"/>
        </w:rPr>
      </w:pPr>
      <w:r w:rsidRPr="00A05243">
        <w:rPr>
          <w:b/>
          <w:bCs/>
          <w:color w:val="0070C0"/>
          <w:sz w:val="38"/>
          <w:szCs w:val="38"/>
        </w:rPr>
        <w:t>Q7.</w:t>
      </w:r>
      <w:r w:rsidRPr="00A05243">
        <w:rPr>
          <w:sz w:val="38"/>
          <w:szCs w:val="38"/>
        </w:rPr>
        <w:t xml:space="preserve"> The LCM of two numbers is 420 and their HCF is 7.                                             If one number is 35, what is the other?</w:t>
      </w:r>
    </w:p>
    <w:p w14:paraId="3D80FC75" w14:textId="77777777" w:rsidR="0052491C" w:rsidRPr="00A05243" w:rsidRDefault="0052491C" w:rsidP="0052491C">
      <w:pPr>
        <w:spacing w:line="360" w:lineRule="auto"/>
        <w:rPr>
          <w:sz w:val="38"/>
          <w:szCs w:val="38"/>
        </w:rPr>
      </w:pPr>
      <w:r w:rsidRPr="00A05243">
        <w:rPr>
          <w:b/>
          <w:bCs/>
          <w:color w:val="0070C0"/>
          <w:sz w:val="38"/>
          <w:szCs w:val="38"/>
        </w:rPr>
        <w:t>Q8.</w:t>
      </w:r>
      <w:r w:rsidRPr="00A05243">
        <w:rPr>
          <w:sz w:val="38"/>
          <w:szCs w:val="38"/>
        </w:rPr>
        <w:t xml:space="preserve"> A bell rings every 12 minutes and another every 15 minutes.                   If they both ring at 12:00, when will they next ring together?</w:t>
      </w:r>
    </w:p>
    <w:p w14:paraId="1861D8EB" w14:textId="77777777" w:rsidR="0052491C" w:rsidRPr="00A05243" w:rsidRDefault="0052491C" w:rsidP="0052491C">
      <w:pPr>
        <w:spacing w:line="360" w:lineRule="auto"/>
        <w:rPr>
          <w:sz w:val="38"/>
          <w:szCs w:val="38"/>
        </w:rPr>
      </w:pPr>
      <w:r w:rsidRPr="00A05243">
        <w:rPr>
          <w:b/>
          <w:bCs/>
          <w:color w:val="0070C0"/>
          <w:sz w:val="38"/>
          <w:szCs w:val="38"/>
        </w:rPr>
        <w:t xml:space="preserve">Q9. </w:t>
      </w:r>
      <w:r w:rsidRPr="00A05243">
        <w:rPr>
          <w:sz w:val="38"/>
          <w:szCs w:val="38"/>
        </w:rPr>
        <w:t>Two numbers are between 20 and 40.                                                       Their HCF is 8 and their LCM is 120. What are the numbers?</w:t>
      </w:r>
    </w:p>
    <w:p w14:paraId="52B2960D" w14:textId="0B59DC2A" w:rsidR="0052491C" w:rsidRPr="0052491C" w:rsidRDefault="0052491C" w:rsidP="00A05243">
      <w:pPr>
        <w:spacing w:line="360" w:lineRule="auto"/>
        <w:rPr>
          <w:sz w:val="36"/>
          <w:szCs w:val="36"/>
        </w:rPr>
      </w:pPr>
      <w:r w:rsidRPr="00A05243">
        <w:rPr>
          <w:b/>
          <w:bCs/>
          <w:color w:val="0070C0"/>
          <w:sz w:val="38"/>
          <w:szCs w:val="38"/>
        </w:rPr>
        <w:t xml:space="preserve">Q10. </w:t>
      </w:r>
      <w:r w:rsidRPr="00A05243">
        <w:rPr>
          <w:sz w:val="38"/>
          <w:szCs w:val="38"/>
        </w:rPr>
        <w:t>The HCF of two numbers is 11, and their product is 1210.              What is their LCM?</w:t>
      </w:r>
    </w:p>
    <w:sectPr w:rsidR="0052491C" w:rsidRPr="0052491C" w:rsidSect="00A05243">
      <w:headerReference w:type="default" r:id="rId8"/>
      <w:pgSz w:w="12240" w:h="15840"/>
      <w:pgMar w:top="720" w:right="720" w:bottom="720" w:left="720" w:header="57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96A45" w14:textId="77777777" w:rsidR="00460C43" w:rsidRDefault="00460C43" w:rsidP="0052491C">
      <w:pPr>
        <w:spacing w:after="0" w:line="240" w:lineRule="auto"/>
      </w:pPr>
      <w:r>
        <w:separator/>
      </w:r>
    </w:p>
  </w:endnote>
  <w:endnote w:type="continuationSeparator" w:id="0">
    <w:p w14:paraId="1635BD50" w14:textId="77777777" w:rsidR="00460C43" w:rsidRDefault="00460C43" w:rsidP="005249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2C3C9" w14:textId="77777777" w:rsidR="00460C43" w:rsidRDefault="00460C43" w:rsidP="0052491C">
      <w:pPr>
        <w:spacing w:after="0" w:line="240" w:lineRule="auto"/>
      </w:pPr>
      <w:r>
        <w:separator/>
      </w:r>
    </w:p>
  </w:footnote>
  <w:footnote w:type="continuationSeparator" w:id="0">
    <w:p w14:paraId="7D6C08E4" w14:textId="77777777" w:rsidR="00460C43" w:rsidRDefault="00460C43" w:rsidP="005249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B7F7F" w14:textId="1574E663" w:rsidR="0052491C" w:rsidRDefault="0052491C" w:rsidP="0052491C">
    <w:pPr>
      <w:pStyle w:val="Heading1"/>
    </w:pPr>
    <w:r w:rsidRPr="0052491C">
      <w:rPr>
        <w:sz w:val="48"/>
        <w:szCs w:val="48"/>
      </w:rPr>
      <w:t>UKMT Junior Challenge – HCF &amp; LCM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6677087">
    <w:abstractNumId w:val="8"/>
  </w:num>
  <w:num w:numId="2" w16cid:durableId="1905994188">
    <w:abstractNumId w:val="6"/>
  </w:num>
  <w:num w:numId="3" w16cid:durableId="127671113">
    <w:abstractNumId w:val="5"/>
  </w:num>
  <w:num w:numId="4" w16cid:durableId="584999495">
    <w:abstractNumId w:val="4"/>
  </w:num>
  <w:num w:numId="5" w16cid:durableId="804007994">
    <w:abstractNumId w:val="7"/>
  </w:num>
  <w:num w:numId="6" w16cid:durableId="286937663">
    <w:abstractNumId w:val="3"/>
  </w:num>
  <w:num w:numId="7" w16cid:durableId="1755855373">
    <w:abstractNumId w:val="2"/>
  </w:num>
  <w:num w:numId="8" w16cid:durableId="1146239470">
    <w:abstractNumId w:val="1"/>
  </w:num>
  <w:num w:numId="9" w16cid:durableId="1969434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4796"/>
    <w:rsid w:val="0029639D"/>
    <w:rsid w:val="00326F90"/>
    <w:rsid w:val="0036773B"/>
    <w:rsid w:val="00460C43"/>
    <w:rsid w:val="00481313"/>
    <w:rsid w:val="004D070B"/>
    <w:rsid w:val="0052491C"/>
    <w:rsid w:val="00600069"/>
    <w:rsid w:val="00702EEC"/>
    <w:rsid w:val="007D0F87"/>
    <w:rsid w:val="00A05243"/>
    <w:rsid w:val="00AA1D8D"/>
    <w:rsid w:val="00B268E2"/>
    <w:rsid w:val="00B47730"/>
    <w:rsid w:val="00CB0664"/>
    <w:rsid w:val="00F452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962125"/>
  <w14:defaultImageDpi w14:val="300"/>
  <w15:docId w15:val="{4BC20D91-D04E-4611-82EC-674FCF5C8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Stewart Gale</cp:lastModifiedBy>
  <cp:revision>5</cp:revision>
  <dcterms:created xsi:type="dcterms:W3CDTF">2025-09-08T07:14:00Z</dcterms:created>
  <dcterms:modified xsi:type="dcterms:W3CDTF">2026-09-01T10:14:00Z</dcterms:modified>
  <cp:category/>
</cp:coreProperties>
</file>